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2E55A0" w14:textId="77777777" w:rsidR="00AC46BD" w:rsidRDefault="000F5FA2">
      <w:pPr>
        <w:keepNext/>
      </w:pPr>
      <w:r>
        <w:rPr>
          <w:b/>
          <w:sz w:val="40"/>
        </w:rPr>
        <w:t>Master KU MBA Course Comparison</w:t>
      </w:r>
    </w:p>
    <w:p w14:paraId="5E97DF12" w14:textId="77777777" w:rsidR="00AC46BD" w:rsidRDefault="000F5FA2">
      <w:pPr>
        <w:pStyle w:val="Subtitle"/>
      </w:pPr>
      <w:r>
        <w:t>University of Kansas compared course by course with seven Kansas and Missouri MBA competitors</w:t>
      </w:r>
    </w:p>
    <w:p w14:paraId="0355B0CD" w14:textId="4B7CA1C3" w:rsidR="00AC46BD" w:rsidRDefault="000F5FA2">
      <w:pPr>
        <w:spacing w:after="60"/>
      </w:pPr>
      <w:r>
        <w:t>Current 2026–2027 official catalogs and program pages</w:t>
      </w:r>
    </w:p>
    <w:p w14:paraId="096C543C" w14:textId="77777777" w:rsidR="00AC46BD" w:rsidRDefault="000F5FA2">
      <w:pPr>
        <w:spacing w:after="60"/>
      </w:pPr>
      <w:r>
        <w:rPr>
          <w:b/>
        </w:rPr>
        <w:t xml:space="preserve">Coverage: </w:t>
      </w:r>
      <w:r>
        <w:t>60 KU course codes and all 428 unique peer course codes from the supplied reports; 380 graduate MBA-connected courses are in the equivalency matrix and 48 foundation/pathway courses are listed separately.</w:t>
      </w:r>
    </w:p>
    <w:p w14:paraId="1BE83846" w14:textId="77777777" w:rsidR="00AC46BD" w:rsidRDefault="000F5FA2">
      <w:pPr>
        <w:spacing w:after="60"/>
      </w:pPr>
      <w:r>
        <w:rPr>
          <w:b/>
        </w:rPr>
        <w:t xml:space="preserve">Interpretation: </w:t>
      </w:r>
      <w:r>
        <w:t>D = direct; S = strong; P = partial; N = no distinct KU counterpart identified; ? = insufficient evidence. Ratings describe curricular similarity only, not transfer-credit approval.</w:t>
      </w:r>
    </w:p>
    <w:p w14:paraId="36C38AEE" w14:textId="77777777" w:rsidR="00AC46BD" w:rsidRDefault="000F5FA2">
      <w:pPr>
        <w:pStyle w:val="Heading1"/>
      </w:pPr>
      <w:r>
        <w:t>What the comparison shows</w:t>
      </w:r>
    </w:p>
    <w:p w14:paraId="06B59A77" w14:textId="77777777" w:rsidR="00AC46BD" w:rsidRDefault="000F5FA2">
      <w:pPr>
        <w:spacing w:after="60"/>
      </w:pPr>
      <w:r>
        <w:rPr>
          <w:b/>
        </w:rPr>
        <w:t xml:space="preserve">KU strengths. </w:t>
      </w:r>
      <w:r>
        <w:t>Broad core coverage, unusually explicit experiential requirements, multiple delivery formats, military-focused hybrid tracks, insurance/risk specialization, and advanced analytics through the MBA/MSBA pathway.</w:t>
      </w:r>
    </w:p>
    <w:p w14:paraId="7FF37E13" w14:textId="77777777" w:rsidR="00AC46BD" w:rsidRDefault="000F5FA2">
      <w:pPr>
        <w:spacing w:after="60"/>
      </w:pPr>
      <w:r>
        <w:rPr>
          <w:b/>
        </w:rPr>
        <w:t xml:space="preserve">Most consistent KU gaps. </w:t>
      </w:r>
      <w:r>
        <w:t>Healthcare administration, public/nonprofit administration, real estate, specialized human resources, advanced accounting specialties, and selected fintech/technology topics.</w:t>
      </w:r>
    </w:p>
    <w:p w14:paraId="3B389D9B" w14:textId="77777777" w:rsidR="00AC46BD" w:rsidRDefault="000F5FA2">
      <w:pPr>
        <w:spacing w:after="60"/>
      </w:pPr>
      <w:r>
        <w:rPr>
          <w:b/>
        </w:rPr>
        <w:t xml:space="preserve">How to use this document. </w:t>
      </w:r>
      <w:r>
        <w:t>Find a capability, compare the exact course codes and titles, review each peer course's KU rating, and use the final column to see which schools lack an identified MBA-connected course in that capability.</w:t>
      </w:r>
    </w:p>
    <w:p w14:paraId="06032325" w14:textId="77777777" w:rsidR="00AC46BD" w:rsidRDefault="000F5FA2">
      <w:pPr>
        <w:pStyle w:val="Heading1"/>
      </w:pPr>
      <w:r>
        <w:t>MBA portfolio by school</w:t>
      </w:r>
    </w:p>
    <w:tbl>
      <w:tblPr>
        <w:tblW w:w="14112" w:type="dxa"/>
        <w:tblInd w:w="90" w:type="dxa"/>
        <w:tblBorders>
          <w:top w:val="single" w:sz="3" w:space="0" w:color="808080"/>
          <w:left w:val="single" w:sz="3" w:space="0" w:color="808080"/>
          <w:bottom w:val="single" w:sz="3" w:space="0" w:color="808080"/>
          <w:right w:val="single" w:sz="3" w:space="0" w:color="808080"/>
          <w:insideH w:val="single" w:sz="3" w:space="0" w:color="808080"/>
          <w:insideV w:val="single" w:sz="3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12024"/>
      </w:tblGrid>
      <w:tr w:rsidR="00AC46BD" w14:paraId="392D8D90" w14:textId="77777777">
        <w:trPr>
          <w:cantSplit/>
          <w:tblHeader/>
        </w:trPr>
        <w:tc>
          <w:tcPr>
            <w:tcW w:w="2088" w:type="dxa"/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1680221" w14:textId="77777777" w:rsidR="00AC46BD" w:rsidRDefault="000F5FA2">
            <w:pPr>
              <w:spacing w:after="0"/>
            </w:pPr>
            <w:r>
              <w:rPr>
                <w:b/>
                <w:sz w:val="16"/>
              </w:rPr>
              <w:t>School</w:t>
            </w:r>
          </w:p>
        </w:tc>
        <w:tc>
          <w:tcPr>
            <w:tcW w:w="12024" w:type="dxa"/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E2694F6" w14:textId="77777777" w:rsidR="00AC46BD" w:rsidRDefault="000F5FA2">
            <w:pPr>
              <w:spacing w:after="0"/>
            </w:pPr>
            <w:r>
              <w:rPr>
                <w:b/>
                <w:sz w:val="16"/>
              </w:rPr>
              <w:t>Current MBA offerings and delivery</w:t>
            </w:r>
          </w:p>
        </w:tc>
      </w:tr>
      <w:tr w:rsidR="00AC46BD" w14:paraId="2D09CD51" w14:textId="77777777">
        <w:trPr>
          <w:cantSplit/>
        </w:trPr>
        <w:tc>
          <w:tcPr>
            <w:tcW w:w="208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39CB23E" w14:textId="77777777" w:rsidR="00AC46BD" w:rsidRDefault="000F5FA2">
            <w:pPr>
              <w:spacing w:after="0" w:line="240" w:lineRule="auto"/>
            </w:pPr>
            <w:r>
              <w:rPr>
                <w:sz w:val="16"/>
              </w:rPr>
              <w:t>KU</w:t>
            </w:r>
          </w:p>
        </w:tc>
        <w:tc>
          <w:tcPr>
            <w:tcW w:w="12024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D6EC1B3" w14:textId="77777777" w:rsidR="00AC46BD" w:rsidRDefault="000F5FA2">
            <w:pPr>
              <w:spacing w:after="0" w:line="240" w:lineRule="auto"/>
            </w:pPr>
            <w:r>
              <w:rPr>
                <w:sz w:val="16"/>
              </w:rPr>
              <w:t>Full-Time MBA (49 hours); Online MBA (42); Hybrid MBA (42); Insurance and Risk Management concentration; MBA/MSBA and other dual pathways.</w:t>
            </w:r>
          </w:p>
        </w:tc>
      </w:tr>
      <w:tr w:rsidR="00AC46BD" w14:paraId="3EC40657" w14:textId="77777777">
        <w:trPr>
          <w:cantSplit/>
        </w:trPr>
        <w:tc>
          <w:tcPr>
            <w:tcW w:w="208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C16555E" w14:textId="77777777" w:rsidR="00AC46BD" w:rsidRDefault="000F5FA2">
            <w:pPr>
              <w:spacing w:after="0" w:line="240" w:lineRule="auto"/>
            </w:pPr>
            <w:r>
              <w:rPr>
                <w:sz w:val="16"/>
              </w:rPr>
              <w:t>Emporia</w:t>
            </w:r>
          </w:p>
        </w:tc>
        <w:tc>
          <w:tcPr>
            <w:tcW w:w="12024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FD5F926" w14:textId="77777777" w:rsidR="00AC46BD" w:rsidRDefault="000F5FA2">
            <w:pPr>
              <w:spacing w:after="0" w:line="240" w:lineRule="auto"/>
            </w:pPr>
            <w:r>
              <w:rPr>
                <w:sz w:val="16"/>
              </w:rPr>
              <w:t>General MBA; Management Accounting, Information Systems, Marketing, and Managerial Cybersecurity concentrations; Global MBA; Healthcare Administration MBA. Online and selected campus delivery.</w:t>
            </w:r>
          </w:p>
        </w:tc>
      </w:tr>
      <w:tr w:rsidR="00AC46BD" w14:paraId="6F28F63B" w14:textId="77777777">
        <w:trPr>
          <w:cantSplit/>
        </w:trPr>
        <w:tc>
          <w:tcPr>
            <w:tcW w:w="208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13401CA" w14:textId="77777777" w:rsidR="00AC46BD" w:rsidRDefault="000F5FA2">
            <w:pPr>
              <w:spacing w:after="0" w:line="240" w:lineRule="auto"/>
            </w:pPr>
            <w:r>
              <w:rPr>
                <w:sz w:val="16"/>
              </w:rPr>
              <w:t>Mo State</w:t>
            </w:r>
          </w:p>
        </w:tc>
        <w:tc>
          <w:tcPr>
            <w:tcW w:w="12024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3354F1D" w14:textId="77777777" w:rsidR="00AC46BD" w:rsidRDefault="000F5FA2">
            <w:pPr>
              <w:spacing w:after="0" w:line="240" w:lineRule="auto"/>
            </w:pPr>
            <w:r>
              <w:rPr>
                <w:sz w:val="16"/>
              </w:rPr>
              <w:t>MBA and STEM MBA (34 graduate hours after foundation work); campus, evening, online, accelerated, and executive-cohort delivery when offered; MBA-connected certificates.</w:t>
            </w:r>
          </w:p>
        </w:tc>
      </w:tr>
      <w:tr w:rsidR="00AC46BD" w14:paraId="51747D5E" w14:textId="77777777">
        <w:trPr>
          <w:cantSplit/>
        </w:trPr>
        <w:tc>
          <w:tcPr>
            <w:tcW w:w="208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17B33EA" w14:textId="77777777" w:rsidR="00AC46BD" w:rsidRDefault="000F5FA2">
            <w:pPr>
              <w:spacing w:after="0" w:line="240" w:lineRule="auto"/>
            </w:pPr>
            <w:r>
              <w:rPr>
                <w:sz w:val="16"/>
              </w:rPr>
              <w:t>Pitt State</w:t>
            </w:r>
          </w:p>
        </w:tc>
        <w:tc>
          <w:tcPr>
            <w:tcW w:w="12024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E8362DD" w14:textId="77777777" w:rsidR="00AC46BD" w:rsidRDefault="000F5FA2">
            <w:pPr>
              <w:spacing w:after="0" w:line="240" w:lineRule="auto"/>
            </w:pPr>
            <w:r>
              <w:rPr>
                <w:sz w:val="16"/>
              </w:rPr>
              <w:t>30-hour accelerated online and semester-based traditional MBA; General Administration and seven named emphasis areas; international dual-degree option.</w:t>
            </w:r>
          </w:p>
        </w:tc>
      </w:tr>
      <w:tr w:rsidR="00AC46BD" w14:paraId="5E6A4E0F" w14:textId="77777777">
        <w:trPr>
          <w:cantSplit/>
        </w:trPr>
        <w:tc>
          <w:tcPr>
            <w:tcW w:w="208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CFA6B1E" w14:textId="77777777" w:rsidR="00AC46BD" w:rsidRDefault="000F5FA2">
            <w:pPr>
              <w:spacing w:after="0" w:line="240" w:lineRule="auto"/>
            </w:pPr>
            <w:r>
              <w:rPr>
                <w:sz w:val="16"/>
              </w:rPr>
              <w:t>SEMO</w:t>
            </w:r>
          </w:p>
        </w:tc>
        <w:tc>
          <w:tcPr>
            <w:tcW w:w="12024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DEC5449" w14:textId="77777777" w:rsidR="00AC46BD" w:rsidRDefault="000F5FA2">
            <w:pPr>
              <w:spacing w:after="0" w:line="240" w:lineRule="auto"/>
            </w:pPr>
            <w:r>
              <w:rPr>
                <w:sz w:val="16"/>
              </w:rPr>
              <w:t>33-hour General MBA plus Accounting, Financial Management, Health Administration, Human Resource Management, International Business, and Entrepreneurship/Corporate Innovation options; online and face-to-face availability varies.</w:t>
            </w:r>
          </w:p>
        </w:tc>
      </w:tr>
      <w:tr w:rsidR="00AC46BD" w14:paraId="141B6297" w14:textId="77777777">
        <w:trPr>
          <w:cantSplit/>
        </w:trPr>
        <w:tc>
          <w:tcPr>
            <w:tcW w:w="208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F41719D" w14:textId="77777777" w:rsidR="00AC46BD" w:rsidRDefault="000F5FA2">
            <w:pPr>
              <w:spacing w:after="0" w:line="240" w:lineRule="auto"/>
            </w:pPr>
            <w:r>
              <w:rPr>
                <w:sz w:val="16"/>
              </w:rPr>
              <w:t>UMKC</w:t>
            </w:r>
          </w:p>
        </w:tc>
        <w:tc>
          <w:tcPr>
            <w:tcW w:w="12024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CB0578B" w14:textId="77777777" w:rsidR="00AC46BD" w:rsidRDefault="000F5FA2">
            <w:pPr>
              <w:spacing w:after="0" w:line="240" w:lineRule="auto"/>
            </w:pPr>
            <w:r>
              <w:rPr>
                <w:sz w:val="16"/>
              </w:rPr>
              <w:t>36-hour Professional MBA; 36-hour STEM MBA in Business Analytics; 40-hour Executive MBA; online, hybrid, and campus options plus MBA-connected certificates.</w:t>
            </w:r>
          </w:p>
        </w:tc>
      </w:tr>
      <w:tr w:rsidR="00AC46BD" w14:paraId="5D586E9C" w14:textId="77777777">
        <w:trPr>
          <w:cantSplit/>
        </w:trPr>
        <w:tc>
          <w:tcPr>
            <w:tcW w:w="208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9A1EE54" w14:textId="77777777" w:rsidR="00AC46BD" w:rsidRDefault="000F5FA2">
            <w:pPr>
              <w:spacing w:after="0" w:line="240" w:lineRule="auto"/>
            </w:pPr>
            <w:r>
              <w:rPr>
                <w:sz w:val="16"/>
              </w:rPr>
              <w:t>Mizzou</w:t>
            </w:r>
          </w:p>
        </w:tc>
        <w:tc>
          <w:tcPr>
            <w:tcW w:w="12024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441048D" w14:textId="77777777" w:rsidR="00AC46BD" w:rsidRDefault="000F5FA2">
            <w:pPr>
              <w:spacing w:after="0" w:line="240" w:lineRule="auto"/>
            </w:pPr>
            <w:r>
              <w:rPr>
                <w:sz w:val="16"/>
              </w:rPr>
              <w:t>45-hour online Crosby MBA and separate 45-hour in-person MBA in Analytics; accelerated and dual-degree arrangements.</w:t>
            </w:r>
          </w:p>
        </w:tc>
      </w:tr>
      <w:tr w:rsidR="00AC46BD" w14:paraId="761205B1" w14:textId="77777777">
        <w:trPr>
          <w:cantSplit/>
        </w:trPr>
        <w:tc>
          <w:tcPr>
            <w:tcW w:w="208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4984B43" w14:textId="77777777" w:rsidR="00AC46BD" w:rsidRDefault="000F5FA2">
            <w:pPr>
              <w:spacing w:after="0" w:line="240" w:lineRule="auto"/>
            </w:pPr>
            <w:r>
              <w:rPr>
                <w:sz w:val="16"/>
              </w:rPr>
              <w:t>Washburn</w:t>
            </w:r>
          </w:p>
        </w:tc>
        <w:tc>
          <w:tcPr>
            <w:tcW w:w="12024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18C1519" w14:textId="77777777" w:rsidR="00AC46BD" w:rsidRDefault="000F5FA2">
            <w:pPr>
              <w:spacing w:after="0" w:line="240" w:lineRule="auto"/>
            </w:pPr>
            <w:r>
              <w:rPr>
                <w:sz w:val="16"/>
              </w:rPr>
              <w:t>30-hour MBA delivered on campus, live remote, or mixed, with selected asynchronous courses; 3+2, JD/MBA, and MBA/MAcc pathways.</w:t>
            </w:r>
          </w:p>
        </w:tc>
      </w:tr>
    </w:tbl>
    <w:p w14:paraId="2C715E8D" w14:textId="77777777" w:rsidR="00AC46BD" w:rsidRDefault="00AC46BD">
      <w:pPr>
        <w:spacing w:after="0"/>
      </w:pPr>
    </w:p>
    <w:p w14:paraId="144500D8" w14:textId="77777777" w:rsidR="00AC46BD" w:rsidRDefault="000F5FA2">
      <w:pPr>
        <w:pStyle w:val="Heading1"/>
      </w:pPr>
      <w:r>
        <w:t>KU MBA offerings</w:t>
      </w:r>
    </w:p>
    <w:tbl>
      <w:tblPr>
        <w:tblW w:w="14112" w:type="dxa"/>
        <w:tblInd w:w="90" w:type="dxa"/>
        <w:tblBorders>
          <w:top w:val="single" w:sz="3" w:space="0" w:color="808080"/>
          <w:left w:val="single" w:sz="3" w:space="0" w:color="808080"/>
          <w:bottom w:val="single" w:sz="3" w:space="0" w:color="808080"/>
          <w:right w:val="single" w:sz="3" w:space="0" w:color="808080"/>
          <w:insideH w:val="single" w:sz="3" w:space="0" w:color="808080"/>
          <w:insideV w:val="single" w:sz="3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3096"/>
        <w:gridCol w:w="2664"/>
        <w:gridCol w:w="1584"/>
        <w:gridCol w:w="6768"/>
      </w:tblGrid>
      <w:tr w:rsidR="00AC46BD" w14:paraId="52BEEF0C" w14:textId="77777777">
        <w:trPr>
          <w:cantSplit/>
          <w:tblHeader/>
        </w:trPr>
        <w:tc>
          <w:tcPr>
            <w:tcW w:w="3096" w:type="dxa"/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63E2C18" w14:textId="77777777" w:rsidR="00AC46BD" w:rsidRDefault="000F5FA2">
            <w:pPr>
              <w:spacing w:after="0"/>
            </w:pPr>
            <w:r>
              <w:rPr>
                <w:b/>
                <w:sz w:val="15"/>
              </w:rPr>
              <w:t>Offering</w:t>
            </w:r>
          </w:p>
        </w:tc>
        <w:tc>
          <w:tcPr>
            <w:tcW w:w="2664" w:type="dxa"/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A2E7574" w14:textId="77777777" w:rsidR="00AC46BD" w:rsidRDefault="000F5FA2">
            <w:pPr>
              <w:spacing w:after="0"/>
            </w:pPr>
            <w:r>
              <w:rPr>
                <w:b/>
                <w:sz w:val="15"/>
              </w:rPr>
              <w:t>Delivery</w:t>
            </w:r>
          </w:p>
        </w:tc>
        <w:tc>
          <w:tcPr>
            <w:tcW w:w="1584" w:type="dxa"/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35CA9B9" w14:textId="77777777" w:rsidR="00AC46BD" w:rsidRDefault="000F5FA2">
            <w:pPr>
              <w:spacing w:after="0"/>
            </w:pPr>
            <w:r>
              <w:rPr>
                <w:b/>
                <w:sz w:val="15"/>
              </w:rPr>
              <w:t>Credits</w:t>
            </w:r>
          </w:p>
        </w:tc>
        <w:tc>
          <w:tcPr>
            <w:tcW w:w="6768" w:type="dxa"/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4E7FC19" w14:textId="77777777" w:rsidR="00AC46BD" w:rsidRDefault="000F5FA2">
            <w:pPr>
              <w:spacing w:after="0"/>
            </w:pPr>
            <w:r>
              <w:rPr>
                <w:b/>
                <w:sz w:val="15"/>
              </w:rPr>
              <w:t>Requirement note</w:t>
            </w:r>
          </w:p>
        </w:tc>
      </w:tr>
      <w:tr w:rsidR="00AC46BD" w14:paraId="0813020F" w14:textId="77777777">
        <w:trPr>
          <w:cantSplit/>
        </w:trPr>
        <w:tc>
          <w:tcPr>
            <w:tcW w:w="30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1E58065" w14:textId="77777777" w:rsidR="00AC46BD" w:rsidRDefault="000F5FA2">
            <w:pPr>
              <w:spacing w:after="0" w:line="240" w:lineRule="auto"/>
            </w:pPr>
            <w:r>
              <w:rPr>
                <w:sz w:val="15"/>
              </w:rPr>
              <w:t>Full-Time MBA</w:t>
            </w:r>
          </w:p>
        </w:tc>
        <w:tc>
          <w:tcPr>
            <w:tcW w:w="2664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C7B5EC8" w14:textId="77777777" w:rsidR="00AC46BD" w:rsidRDefault="000F5FA2">
            <w:pPr>
              <w:spacing w:after="0" w:line="240" w:lineRule="auto"/>
            </w:pPr>
            <w:r>
              <w:rPr>
                <w:sz w:val="15"/>
              </w:rPr>
              <w:t>In person, Lawrence</w:t>
            </w:r>
          </w:p>
        </w:tc>
        <w:tc>
          <w:tcPr>
            <w:tcW w:w="1584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3F0126D" w14:textId="77777777" w:rsidR="00AC46BD" w:rsidRDefault="000F5FA2">
            <w:pPr>
              <w:spacing w:after="0" w:line="240" w:lineRule="auto"/>
            </w:pPr>
            <w:r>
              <w:rPr>
                <w:sz w:val="15"/>
              </w:rPr>
              <w:t>49 in the current required-course table</w:t>
            </w:r>
          </w:p>
        </w:tc>
        <w:tc>
          <w:tcPr>
            <w:tcW w:w="676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BFF9C11" w14:textId="77777777" w:rsidR="00AC46BD" w:rsidRDefault="000F5FA2">
            <w:pPr>
              <w:spacing w:after="0" w:line="240" w:lineRule="auto"/>
            </w:pPr>
            <w:r>
              <w:rPr>
                <w:sz w:val="15"/>
              </w:rPr>
              <w:t>Current catalog narrative says 48, but the catalog course table and current program page total 49; 49 controls this comparison.</w:t>
            </w:r>
          </w:p>
        </w:tc>
      </w:tr>
      <w:tr w:rsidR="00AC46BD" w14:paraId="5DE0E7A2" w14:textId="77777777">
        <w:trPr>
          <w:cantSplit/>
        </w:trPr>
        <w:tc>
          <w:tcPr>
            <w:tcW w:w="30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C42B0AC" w14:textId="77777777" w:rsidR="00AC46BD" w:rsidRDefault="000F5FA2">
            <w:pPr>
              <w:spacing w:after="0" w:line="240" w:lineRule="auto"/>
            </w:pPr>
            <w:r>
              <w:rPr>
                <w:sz w:val="15"/>
              </w:rPr>
              <w:t>Online MBA</w:t>
            </w:r>
          </w:p>
        </w:tc>
        <w:tc>
          <w:tcPr>
            <w:tcW w:w="2664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5808B4F" w14:textId="77777777" w:rsidR="00AC46BD" w:rsidRDefault="000F5FA2">
            <w:pPr>
              <w:spacing w:after="0" w:line="240" w:lineRule="auto"/>
            </w:pPr>
            <w:r>
              <w:rPr>
                <w:sz w:val="15"/>
              </w:rPr>
              <w:t>100% online</w:t>
            </w:r>
          </w:p>
        </w:tc>
        <w:tc>
          <w:tcPr>
            <w:tcW w:w="1584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F6CFA7E" w14:textId="77777777" w:rsidR="00AC46BD" w:rsidRDefault="000F5FA2">
            <w:pPr>
              <w:spacing w:after="0" w:line="240" w:lineRule="auto"/>
            </w:pPr>
            <w:r>
              <w:rPr>
                <w:sz w:val="15"/>
              </w:rPr>
              <w:t>42</w:t>
            </w:r>
          </w:p>
        </w:tc>
        <w:tc>
          <w:tcPr>
            <w:tcW w:w="676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2D26E5F" w14:textId="77777777" w:rsidR="00AC46BD" w:rsidRDefault="000F5FA2">
            <w:pPr>
              <w:spacing w:after="0" w:line="240" w:lineRule="auto"/>
            </w:pPr>
            <w:r>
              <w:rPr>
                <w:sz w:val="15"/>
              </w:rPr>
              <w:t>30 core + 6 capstone + 6 elective credits; current online elective menu is used.</w:t>
            </w:r>
          </w:p>
        </w:tc>
      </w:tr>
      <w:tr w:rsidR="00AC46BD" w14:paraId="2BBA9A6B" w14:textId="77777777">
        <w:trPr>
          <w:cantSplit/>
        </w:trPr>
        <w:tc>
          <w:tcPr>
            <w:tcW w:w="30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82329BE" w14:textId="77777777" w:rsidR="00AC46BD" w:rsidRDefault="000F5FA2">
            <w:pPr>
              <w:spacing w:after="0" w:line="240" w:lineRule="auto"/>
            </w:pPr>
            <w:r>
              <w:rPr>
                <w:sz w:val="15"/>
              </w:rPr>
              <w:lastRenderedPageBreak/>
              <w:t>Hybrid MBA</w:t>
            </w:r>
          </w:p>
        </w:tc>
        <w:tc>
          <w:tcPr>
            <w:tcW w:w="2664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8051A1E" w14:textId="77777777" w:rsidR="00AC46BD" w:rsidRDefault="000F5FA2">
            <w:pPr>
              <w:spacing w:after="0" w:line="240" w:lineRule="auto"/>
            </w:pPr>
            <w:r>
              <w:rPr>
                <w:sz w:val="15"/>
              </w:rPr>
              <w:t>Online core plus in-person Leavenworth track courses</w:t>
            </w:r>
          </w:p>
        </w:tc>
        <w:tc>
          <w:tcPr>
            <w:tcW w:w="1584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6C7BE4D" w14:textId="77777777" w:rsidR="00AC46BD" w:rsidRDefault="000F5FA2">
            <w:pPr>
              <w:spacing w:after="0" w:line="240" w:lineRule="auto"/>
            </w:pPr>
            <w:r>
              <w:rPr>
                <w:sz w:val="15"/>
              </w:rPr>
              <w:t>42</w:t>
            </w:r>
          </w:p>
        </w:tc>
        <w:tc>
          <w:tcPr>
            <w:tcW w:w="676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7DC5BCE" w14:textId="77777777" w:rsidR="00AC46BD" w:rsidRDefault="000F5FA2">
            <w:pPr>
              <w:spacing w:after="0" w:line="240" w:lineRule="auto"/>
            </w:pPr>
            <w:r>
              <w:rPr>
                <w:sz w:val="15"/>
              </w:rPr>
              <w:t>Organizational Leadership or Supply Chain Management &amp; Logistics; up to 6 Army CGSC transfer credits may fill elective content.</w:t>
            </w:r>
          </w:p>
        </w:tc>
      </w:tr>
      <w:tr w:rsidR="00AC46BD" w14:paraId="573A00AC" w14:textId="77777777">
        <w:trPr>
          <w:cantSplit/>
        </w:trPr>
        <w:tc>
          <w:tcPr>
            <w:tcW w:w="30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0C2D7A2" w14:textId="77777777" w:rsidR="00AC46BD" w:rsidRDefault="000F5FA2">
            <w:pPr>
              <w:spacing w:after="0" w:line="240" w:lineRule="auto"/>
            </w:pPr>
            <w:r>
              <w:rPr>
                <w:sz w:val="15"/>
              </w:rPr>
              <w:t>Jack Lockton Insurance &amp; Risk Management Concentration</w:t>
            </w:r>
          </w:p>
        </w:tc>
        <w:tc>
          <w:tcPr>
            <w:tcW w:w="2664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DD736BF" w14:textId="77777777" w:rsidR="00AC46BD" w:rsidRDefault="000F5FA2">
            <w:pPr>
              <w:spacing w:after="0" w:line="240" w:lineRule="auto"/>
            </w:pPr>
            <w:r>
              <w:rPr>
                <w:sz w:val="15"/>
              </w:rPr>
              <w:t>In-person MBA concentration</w:t>
            </w:r>
          </w:p>
        </w:tc>
        <w:tc>
          <w:tcPr>
            <w:tcW w:w="1584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45C0F83" w14:textId="77777777" w:rsidR="00AC46BD" w:rsidRDefault="000F5FA2">
            <w:pPr>
              <w:spacing w:after="0" w:line="240" w:lineRule="auto"/>
            </w:pPr>
            <w:r>
              <w:rPr>
                <w:sz w:val="15"/>
              </w:rPr>
              <w:t>15 concentration hours</w:t>
            </w:r>
          </w:p>
        </w:tc>
        <w:tc>
          <w:tcPr>
            <w:tcW w:w="676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ACBCB10" w14:textId="77777777" w:rsidR="00AC46BD" w:rsidRDefault="000F5FA2">
            <w:pPr>
              <w:spacing w:after="0" w:line="240" w:lineRule="auto"/>
            </w:pPr>
            <w:r>
              <w:rPr>
                <w:sz w:val="15"/>
              </w:rPr>
              <w:t>Four required courses plus one finance elective; some courses overlap the full-time MBA core.</w:t>
            </w:r>
          </w:p>
        </w:tc>
      </w:tr>
      <w:tr w:rsidR="00AC46BD" w14:paraId="545A6815" w14:textId="77777777">
        <w:trPr>
          <w:cantSplit/>
        </w:trPr>
        <w:tc>
          <w:tcPr>
            <w:tcW w:w="30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738BAD9" w14:textId="77777777" w:rsidR="00AC46BD" w:rsidRDefault="000F5FA2">
            <w:pPr>
              <w:spacing w:after="0" w:line="240" w:lineRule="auto"/>
            </w:pPr>
            <w:r>
              <w:rPr>
                <w:sz w:val="15"/>
              </w:rPr>
              <w:t>Dual MBA/M.S. in Business Analytics</w:t>
            </w:r>
          </w:p>
        </w:tc>
        <w:tc>
          <w:tcPr>
            <w:tcW w:w="2664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664F40C" w14:textId="77777777" w:rsidR="00AC46BD" w:rsidRDefault="000F5FA2">
            <w:pPr>
              <w:spacing w:after="0" w:line="240" w:lineRule="auto"/>
            </w:pPr>
            <w:r>
              <w:rPr>
                <w:sz w:val="15"/>
              </w:rPr>
              <w:t>In person, Lawrence</w:t>
            </w:r>
          </w:p>
        </w:tc>
        <w:tc>
          <w:tcPr>
            <w:tcW w:w="1584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9F32256" w14:textId="77777777" w:rsidR="00AC46BD" w:rsidRDefault="000F5FA2">
            <w:pPr>
              <w:spacing w:after="0" w:line="240" w:lineRule="auto"/>
            </w:pPr>
            <w:r>
              <w:rPr>
                <w:sz w:val="15"/>
              </w:rPr>
              <w:t>62 total</w:t>
            </w:r>
          </w:p>
        </w:tc>
        <w:tc>
          <w:tcPr>
            <w:tcW w:w="676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F791D00" w14:textId="77777777" w:rsidR="00AC46BD" w:rsidRDefault="000F5FA2">
            <w:pPr>
              <w:spacing w:after="0" w:line="240" w:lineRule="auto"/>
            </w:pPr>
            <w:r>
              <w:rPr>
                <w:sz w:val="15"/>
              </w:rPr>
              <w:t>Two-degree program; analytics coursework is shown separately from the MBA core.</w:t>
            </w:r>
          </w:p>
        </w:tc>
      </w:tr>
      <w:tr w:rsidR="00AC46BD" w14:paraId="66B7A57F" w14:textId="77777777">
        <w:trPr>
          <w:cantSplit/>
        </w:trPr>
        <w:tc>
          <w:tcPr>
            <w:tcW w:w="30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B57DABA" w14:textId="77777777" w:rsidR="00AC46BD" w:rsidRDefault="000F5FA2">
            <w:pPr>
              <w:spacing w:after="0" w:line="240" w:lineRule="auto"/>
            </w:pPr>
            <w:r>
              <w:rPr>
                <w:sz w:val="15"/>
              </w:rPr>
              <w:t>Dual Online MBA/M.S. in Business Analytics</w:t>
            </w:r>
          </w:p>
        </w:tc>
        <w:tc>
          <w:tcPr>
            <w:tcW w:w="2664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46ED707" w14:textId="77777777" w:rsidR="00AC46BD" w:rsidRDefault="000F5FA2">
            <w:pPr>
              <w:spacing w:after="0" w:line="240" w:lineRule="auto"/>
            </w:pPr>
            <w:r>
              <w:rPr>
                <w:sz w:val="15"/>
              </w:rPr>
              <w:t>100% online</w:t>
            </w:r>
          </w:p>
        </w:tc>
        <w:tc>
          <w:tcPr>
            <w:tcW w:w="1584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B3C0FFF" w14:textId="77777777" w:rsidR="00AC46BD" w:rsidRDefault="000F5FA2">
            <w:pPr>
              <w:spacing w:after="0" w:line="240" w:lineRule="auto"/>
            </w:pPr>
            <w:r>
              <w:rPr>
                <w:sz w:val="15"/>
              </w:rPr>
              <w:t>60 total</w:t>
            </w:r>
          </w:p>
        </w:tc>
        <w:tc>
          <w:tcPr>
            <w:tcW w:w="676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A3E650F" w14:textId="77777777" w:rsidR="00AC46BD" w:rsidRDefault="000F5FA2">
            <w:pPr>
              <w:spacing w:after="0" w:line="240" w:lineRule="auto"/>
            </w:pPr>
            <w:r>
              <w:rPr>
                <w:sz w:val="15"/>
              </w:rPr>
              <w:t>30 MBA core + 21 MSBA core + 9 MBA electives.</w:t>
            </w:r>
          </w:p>
        </w:tc>
      </w:tr>
      <w:tr w:rsidR="00AC46BD" w14:paraId="5A3A4073" w14:textId="77777777">
        <w:trPr>
          <w:cantSplit/>
        </w:trPr>
        <w:tc>
          <w:tcPr>
            <w:tcW w:w="30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E54EA0E" w14:textId="77777777" w:rsidR="00AC46BD" w:rsidRDefault="000F5FA2">
            <w:pPr>
              <w:spacing w:after="0" w:line="240" w:lineRule="auto"/>
            </w:pPr>
            <w:r>
              <w:rPr>
                <w:sz w:val="15"/>
              </w:rPr>
              <w:t>Other dual MBA pathways</w:t>
            </w:r>
          </w:p>
        </w:tc>
        <w:tc>
          <w:tcPr>
            <w:tcW w:w="2664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AA3EAAA" w14:textId="77777777" w:rsidR="00AC46BD" w:rsidRDefault="000F5FA2">
            <w:pPr>
              <w:spacing w:after="0" w:line="240" w:lineRule="auto"/>
            </w:pPr>
            <w:r>
              <w:rPr>
                <w:sz w:val="15"/>
              </w:rPr>
              <w:t>Primarily full-time, in person</w:t>
            </w:r>
          </w:p>
        </w:tc>
        <w:tc>
          <w:tcPr>
            <w:tcW w:w="1584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D6E2B7D" w14:textId="77777777" w:rsidR="00AC46BD" w:rsidRDefault="000F5FA2">
            <w:pPr>
              <w:spacing w:after="0" w:line="240" w:lineRule="auto"/>
            </w:pPr>
            <w:r>
              <w:rPr>
                <w:sz w:val="15"/>
              </w:rPr>
              <w:t>32 MBA hours in the catalog's reduced dual-MBA model</w:t>
            </w:r>
          </w:p>
        </w:tc>
        <w:tc>
          <w:tcPr>
            <w:tcW w:w="676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68728F0" w14:textId="77777777" w:rsidR="00AC46BD" w:rsidRDefault="000F5FA2">
            <w:pPr>
              <w:spacing w:after="0" w:line="240" w:lineRule="auto"/>
            </w:pPr>
            <w:r>
              <w:rPr>
                <w:sz w:val="15"/>
              </w:rPr>
              <w:t>Current official menu includes MBA/MD, MBA/JD, MBA/Pharm.D., MBA/Petroleum Management certificate, MBA/M.Arch., MBA/DPT, MBA/OTD, and undergraduate-to-MBA pathways.</w:t>
            </w:r>
          </w:p>
        </w:tc>
      </w:tr>
      <w:tr w:rsidR="00AC46BD" w14:paraId="457DCB2C" w14:textId="77777777">
        <w:trPr>
          <w:cantSplit/>
        </w:trPr>
        <w:tc>
          <w:tcPr>
            <w:tcW w:w="30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7C75DA3" w14:textId="77777777" w:rsidR="00AC46BD" w:rsidRDefault="000F5FA2">
            <w:pPr>
              <w:spacing w:after="0" w:line="240" w:lineRule="auto"/>
            </w:pPr>
            <w:r>
              <w:rPr>
                <w:sz w:val="15"/>
              </w:rPr>
              <w:t>KU Bridge MBA + Bachelor of Engineering</w:t>
            </w:r>
          </w:p>
        </w:tc>
        <w:tc>
          <w:tcPr>
            <w:tcW w:w="2664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65FF23C" w14:textId="77777777" w:rsidR="00AC46BD" w:rsidRDefault="000F5FA2">
            <w:pPr>
              <w:spacing w:after="0" w:line="240" w:lineRule="auto"/>
            </w:pPr>
            <w:r>
              <w:rPr>
                <w:sz w:val="15"/>
              </w:rPr>
              <w:t>In person, Lawrence</w:t>
            </w:r>
          </w:p>
        </w:tc>
        <w:tc>
          <w:tcPr>
            <w:tcW w:w="1584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9DCAE3B" w14:textId="77777777" w:rsidR="00AC46BD" w:rsidRDefault="000F5FA2">
            <w:pPr>
              <w:spacing w:after="0" w:line="240" w:lineRule="auto"/>
            </w:pPr>
            <w:r>
              <w:rPr>
                <w:sz w:val="15"/>
              </w:rPr>
              <w:t>44 MBA hours</w:t>
            </w:r>
          </w:p>
        </w:tc>
        <w:tc>
          <w:tcPr>
            <w:tcW w:w="676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214DD63" w14:textId="77777777" w:rsidR="00AC46BD" w:rsidRDefault="000F5FA2">
            <w:pPr>
              <w:spacing w:after="0" w:line="240" w:lineRule="auto"/>
            </w:pPr>
            <w:r>
              <w:rPr>
                <w:sz w:val="15"/>
              </w:rPr>
              <w:t>Engineering students begin MBA work in the senior year; this is a pathway, not a separate MBA concentration.</w:t>
            </w:r>
          </w:p>
        </w:tc>
      </w:tr>
    </w:tbl>
    <w:p w14:paraId="05E83745" w14:textId="77777777" w:rsidR="00AC46BD" w:rsidRDefault="00AC46BD">
      <w:pPr>
        <w:spacing w:after="0"/>
      </w:pPr>
    </w:p>
    <w:p w14:paraId="389D1534" w14:textId="77777777" w:rsidR="00AC46BD" w:rsidRDefault="000F5FA2">
      <w:pPr>
        <w:spacing w:after="60"/>
      </w:pPr>
      <w:r>
        <w:rPr>
          <w:b/>
          <w:sz w:val="17"/>
        </w:rPr>
        <w:t xml:space="preserve">Credit-total resolution. </w:t>
      </w:r>
      <w:r>
        <w:rPr>
          <w:sz w:val="17"/>
        </w:rPr>
        <w:t>The KU catalog narrative says 48 hours for the Full-Time MBA, while its required-course table and KU's current program page total 49. This comparison uses 49.</w:t>
      </w:r>
    </w:p>
    <w:p w14:paraId="7D433C23" w14:textId="77777777" w:rsidR="00AC46BD" w:rsidRDefault="000F5FA2">
      <w:pPr>
        <w:pStyle w:val="Heading1"/>
      </w:pPr>
      <w:r>
        <w:t>KU course inventory</w:t>
      </w:r>
    </w:p>
    <w:p w14:paraId="1766F929" w14:textId="77777777" w:rsidR="00AC46BD" w:rsidRDefault="000F5FA2">
      <w:pPr>
        <w:spacing w:after="60"/>
      </w:pPr>
      <w:r>
        <w:rPr>
          <w:b/>
          <w:sz w:val="17"/>
        </w:rPr>
        <w:t xml:space="preserve">Scope. </w:t>
      </w:r>
      <w:r>
        <w:rPr>
          <w:sz w:val="17"/>
        </w:rPr>
        <w:t>Courses are listed once. The Applies to column preserves shared use across formats, concentrations, and the MBA/MSBA pathway.</w:t>
      </w:r>
    </w:p>
    <w:tbl>
      <w:tblPr>
        <w:tblW w:w="14112" w:type="dxa"/>
        <w:tblInd w:w="90" w:type="dxa"/>
        <w:tblBorders>
          <w:top w:val="single" w:sz="3" w:space="0" w:color="808080"/>
          <w:left w:val="single" w:sz="3" w:space="0" w:color="808080"/>
          <w:bottom w:val="single" w:sz="3" w:space="0" w:color="808080"/>
          <w:right w:val="single" w:sz="3" w:space="0" w:color="808080"/>
          <w:insideH w:val="single" w:sz="3" w:space="0" w:color="808080"/>
          <w:insideV w:val="single" w:sz="3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016"/>
        <w:gridCol w:w="1296"/>
        <w:gridCol w:w="4536"/>
        <w:gridCol w:w="648"/>
        <w:gridCol w:w="5616"/>
      </w:tblGrid>
      <w:tr w:rsidR="00AC46BD" w14:paraId="19E98E7B" w14:textId="77777777">
        <w:trPr>
          <w:cantSplit/>
          <w:tblHeader/>
        </w:trPr>
        <w:tc>
          <w:tcPr>
            <w:tcW w:w="2016" w:type="dxa"/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47169B1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Area</w:t>
            </w:r>
          </w:p>
        </w:tc>
        <w:tc>
          <w:tcPr>
            <w:tcW w:w="1296" w:type="dxa"/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DF0964C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Code</w:t>
            </w:r>
          </w:p>
        </w:tc>
        <w:tc>
          <w:tcPr>
            <w:tcW w:w="4536" w:type="dxa"/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1C2CA22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Official course title</w:t>
            </w:r>
          </w:p>
        </w:tc>
        <w:tc>
          <w:tcPr>
            <w:tcW w:w="648" w:type="dxa"/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8D1632D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Cr.</w:t>
            </w:r>
          </w:p>
        </w:tc>
        <w:tc>
          <w:tcPr>
            <w:tcW w:w="5616" w:type="dxa"/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3D6939C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Applies to</w:t>
            </w:r>
          </w:p>
        </w:tc>
      </w:tr>
      <w:tr w:rsidR="00AC46BD" w14:paraId="355696CF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00BD11D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Accounting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062038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ACCT 706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B2D27A8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Accounting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E572FEB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1D64D0C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Online core; Hybrid core; Online MBA/MSBA core</w:t>
            </w:r>
          </w:p>
        </w:tc>
      </w:tr>
      <w:tr w:rsidR="00AC46BD" w14:paraId="430CF2ED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5E447A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Accounting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19EDF2A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ACCT 810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6E418E3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Accounting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79B930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66385B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Full-Time core; Insurance concentration</w:t>
            </w:r>
          </w:p>
        </w:tc>
      </w:tr>
      <w:tr w:rsidR="00AC46BD" w14:paraId="60DC9C5F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2D05233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Advanced Analytics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CEE6224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BSAN 711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037E35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Statistical Modeling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B190F1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B63DB3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Online MBA/MSBA analytics</w:t>
            </w:r>
          </w:p>
        </w:tc>
      </w:tr>
      <w:tr w:rsidR="00AC46BD" w14:paraId="0FE2AD61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A67E3D9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Brand Management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E9CAE8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MKTG 748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BE17CA9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Managing Brands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47861F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9543E3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Online elective; Online MBA/MSBA elective</w:t>
            </w:r>
          </w:p>
        </w:tc>
      </w:tr>
      <w:tr w:rsidR="00AC46BD" w14:paraId="2845621A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62211F9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Business Analytics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418259E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BSAN 718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D680607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Introduction to Business Analytics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ABBF609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7DA99A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Online core; Online MBA/MSBA core</w:t>
            </w:r>
          </w:p>
        </w:tc>
      </w:tr>
      <w:tr w:rsidR="00AC46BD" w14:paraId="28A0B9F0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8D14F6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Business Analytics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0DFA843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BSAN 820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F46F29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Business Analytics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FD6A74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8DB859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Full-Time core</w:t>
            </w:r>
          </w:p>
        </w:tc>
      </w:tr>
      <w:tr w:rsidR="00AC46BD" w14:paraId="024BA807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909FBFD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Capstone / Experiential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F14DD8B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BUS 725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E840605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Capstone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9E7D69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6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E1F4FF8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Online core; Hybrid core</w:t>
            </w:r>
          </w:p>
        </w:tc>
      </w:tr>
      <w:tr w:rsidR="00AC46BD" w14:paraId="2F6AC4F8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B79BA3C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Change Management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7EA5149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MGMT 781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33D44EB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Managing Strategic Direction and Change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089DEB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430CE65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Hybrid leadership track</w:t>
            </w:r>
          </w:p>
        </w:tc>
      </w:tr>
      <w:tr w:rsidR="00AC46BD" w14:paraId="534C3BA5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E13347D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Consulting / Experiential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1D1637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BUS 810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8E0E38E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Kansas Small Business Projects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686A1F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5FF6ED9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Full-Time core</w:t>
            </w:r>
          </w:p>
        </w:tc>
      </w:tr>
      <w:tr w:rsidR="00AC46BD" w14:paraId="4B5C5974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E99075A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Consulting / Experiential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FBBDC7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BUS 812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5049F3D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Kansas Small Business Projects II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D5DA5E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CB15D7D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Full-Time core</w:t>
            </w:r>
          </w:p>
        </w:tc>
      </w:tr>
      <w:tr w:rsidR="00AC46BD" w14:paraId="467C329C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0E09733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Customer / CRM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315541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MKTG 765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44905D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Customer Relationship Management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073295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D057C3E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Online elective; Online MBA/MSBA elective</w:t>
            </w:r>
          </w:p>
        </w:tc>
      </w:tr>
      <w:tr w:rsidR="00AC46BD" w14:paraId="1DFED5F7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5AE6D94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Cybersecurity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FAE979D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BSAN 768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7FB3B8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Cybersecurity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C2672B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A0ADE4C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Online elective; Online MBA/MSBA analytics</w:t>
            </w:r>
          </w:p>
        </w:tc>
      </w:tr>
      <w:tr w:rsidR="00AC46BD" w14:paraId="76AC92AC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4631BBA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Data Management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92B94D8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BSAN 727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7FA205A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Enterprise Data Management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1B7D62A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49FEF5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Online MBA/MSBA analytics</w:t>
            </w:r>
          </w:p>
        </w:tc>
      </w:tr>
      <w:tr w:rsidR="00AC46BD" w14:paraId="5AA07FCB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583BCAE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Data Visualization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9EA4424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BSAN 721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B44E64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Data and Visual Analytics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D4228E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E27DEE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Online MBA/MSBA analytics</w:t>
            </w:r>
          </w:p>
        </w:tc>
      </w:tr>
      <w:tr w:rsidR="00AC46BD" w14:paraId="11532A01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A536A15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Digital Marketing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D199194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MKTG 754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8F2AE75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Digital and Social Media Marketing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11BBA9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FD1DE89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Online elective; Online MBA/MSBA elective</w:t>
            </w:r>
          </w:p>
        </w:tc>
      </w:tr>
      <w:tr w:rsidR="00AC46BD" w14:paraId="455E0D73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E7F21FC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Economics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E478E2D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BE 718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A260EB8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Managerial Economics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10F6F6C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832867B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Online core; Hybrid core; Online MBA/MSBA core</w:t>
            </w:r>
          </w:p>
        </w:tc>
      </w:tr>
      <w:tr w:rsidR="00AC46BD" w14:paraId="0D1EED81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436DCDA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Economics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7C37C8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BE 810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18C0427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Managerial Economics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3883B37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C5467CD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Full-Time core</w:t>
            </w:r>
          </w:p>
        </w:tc>
      </w:tr>
      <w:tr w:rsidR="00AC46BD" w14:paraId="0A206479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68A3305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Entrepreneurship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ED439C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ENTR 751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EB8936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Building Entrepreneurial Competency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9FACA27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52A12D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Online elective; Online MBA/MSBA elective</w:t>
            </w:r>
          </w:p>
        </w:tc>
      </w:tr>
      <w:tr w:rsidR="00AC46BD" w14:paraId="364EDCEA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7BB1E3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lastRenderedPageBreak/>
              <w:t>Entrepreneurship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0822C6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ENTR 753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CEDFC6E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Entrepreneurial Marketing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0F9C45A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8EEA579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Online elective; Online MBA/MSBA elective</w:t>
            </w:r>
          </w:p>
        </w:tc>
      </w:tr>
      <w:tr w:rsidR="00AC46BD" w14:paraId="42BAC76C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A7DBB34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Finance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483643A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FIN 706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FA8D09A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Finance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A575B04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44B95B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Online core; Hybrid core; Online MBA/MSBA core</w:t>
            </w:r>
          </w:p>
        </w:tc>
      </w:tr>
      <w:tr w:rsidR="00AC46BD" w14:paraId="7AB2F5A4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2815A7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Finance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777839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FIN 751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EFFBF8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Corporate Finance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462593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C051993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Online elective; Online MBA/MSBA elective</w:t>
            </w:r>
          </w:p>
        </w:tc>
      </w:tr>
      <w:tr w:rsidR="00AC46BD" w14:paraId="0CEF7311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E867B3B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Finance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8325A6E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FIN 810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EC3F93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Financial Management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F3B8E5D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AD15D27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Full-Time core; Insurance concentration</w:t>
            </w:r>
          </w:p>
        </w:tc>
      </w:tr>
      <w:tr w:rsidR="00AC46BD" w14:paraId="0C9A1B12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91E1B1B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Financial Markets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302C308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FIN 820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C00FD25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Macroeconomics and Financial Markets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CFC5C37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86A99C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Insurance concentration elective</w:t>
            </w:r>
          </w:p>
        </w:tc>
      </w:tr>
      <w:tr w:rsidR="00AC46BD" w14:paraId="6D4BB619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F0D48B9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Global Marketing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BABAA1E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MKTG 753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3A9EA4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Global Marketing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88CCA0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C2E7503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Online elective; Online MBA/MSBA elective</w:t>
            </w:r>
          </w:p>
        </w:tc>
      </w:tr>
      <w:tr w:rsidR="00AC46BD" w14:paraId="306DB33E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C95DE43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Insurance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C7C698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FIN 808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BE890C4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Principles of Insurance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406A8AA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E81462B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Insurance concentration</w:t>
            </w:r>
          </w:p>
        </w:tc>
      </w:tr>
      <w:tr w:rsidR="00AC46BD" w14:paraId="07CDB7F4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B822045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International Business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A1CF399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IBUS 820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3BA0A13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International Business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3215E69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22F9E03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Full-Time core</w:t>
            </w:r>
          </w:p>
        </w:tc>
      </w:tr>
      <w:tr w:rsidR="00AC46BD" w14:paraId="645F2BD6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A16BD77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International Management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56F766A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MGMT 754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01EA7D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Managing Internationally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31982BA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4B8E613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Online elective; Online MBA/MSBA elective</w:t>
            </w:r>
          </w:p>
        </w:tc>
      </w:tr>
      <w:tr w:rsidR="00AC46BD" w14:paraId="44D34FC8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2218EC7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Internship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C6F408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BUS 825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30C86BD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Internship Program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299E3DD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4C7820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Full-Time core</w:t>
            </w:r>
          </w:p>
        </w:tc>
      </w:tr>
      <w:tr w:rsidR="00AC46BD" w14:paraId="2B667404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9A8895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Investments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1A8C43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FIN 753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27C391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Investments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2A6E94C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850B617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Online elective; Online MBA/MSBA elective</w:t>
            </w:r>
          </w:p>
        </w:tc>
      </w:tr>
      <w:tr w:rsidR="00AC46BD" w14:paraId="71597782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47D77E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Investments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C6D801B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FIN 830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FD8659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Investments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BBD831C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05B8065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Insurance concentration elective</w:t>
            </w:r>
          </w:p>
        </w:tc>
      </w:tr>
      <w:tr w:rsidR="00AC46BD" w14:paraId="55993E8C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04AA7B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Law / Ethics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B12050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MGMT 718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D58CC8B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Business Law and Ethics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2ABBDE5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1A0EC6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Online core; Online MBA/MSBA core</w:t>
            </w:r>
          </w:p>
        </w:tc>
      </w:tr>
      <w:tr w:rsidR="00AC46BD" w14:paraId="77C2E245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3015D9E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Law / Ethics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67171A9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MGMT 783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9220C3B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Ethical Decision Making in Business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A3BF0E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894991D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Hybrid leadership track</w:t>
            </w:r>
          </w:p>
        </w:tc>
      </w:tr>
      <w:tr w:rsidR="00AC46BD" w14:paraId="5570CF70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A6F711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Law / Ethics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053761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MGMT 820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CE57923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Business Law and Ethics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A65236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50D2C7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Full-Time core</w:t>
            </w:r>
          </w:p>
        </w:tc>
      </w:tr>
      <w:tr w:rsidR="00AC46BD" w14:paraId="7D5C37B1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3D2EA94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Leadership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D7E296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MGMT 753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C061A25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Leadership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125E83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64A5999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Online elective; Online MBA/MSBA elective</w:t>
            </w:r>
          </w:p>
        </w:tc>
      </w:tr>
      <w:tr w:rsidR="00AC46BD" w14:paraId="1689A6E3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5D17DD5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Leadership Capstone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0D529D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MGMT 784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CB43384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Leadership Capstone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829312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F50B70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Hybrid leadership track</w:t>
            </w:r>
          </w:p>
        </w:tc>
      </w:tr>
      <w:tr w:rsidR="00AC46BD" w14:paraId="519FEA5F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9D4202B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Logistics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9E2D2F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SCM 703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DC3E9D4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Transportation, Logistics Systems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FEE484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357929B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Hybrid supply-chain track</w:t>
            </w:r>
          </w:p>
        </w:tc>
      </w:tr>
      <w:tr w:rsidR="00AC46BD" w14:paraId="75B02F39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EEF22D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Machine Learning / AI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7187443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BSAN 751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031063B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Foundations of Machine Learning and AI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3C8E1B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C892DD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Online MBA/MSBA analytics</w:t>
            </w:r>
          </w:p>
        </w:tc>
      </w:tr>
      <w:tr w:rsidR="00AC46BD" w14:paraId="7E23B294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3109EAA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Machine Learning / AI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FA38419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BSAN 766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F0F9099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AI for Business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32AFC14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3152B1D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Online MBA/MSBA analytics</w:t>
            </w:r>
          </w:p>
        </w:tc>
      </w:tr>
      <w:tr w:rsidR="00AC46BD" w14:paraId="16A2376B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A86CDB4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Management / People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08E487B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MGMT 706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D7F8B9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Managing People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11A47AB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83C269D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Online core; Hybrid core; Online MBA/MSBA core</w:t>
            </w:r>
          </w:p>
        </w:tc>
      </w:tr>
      <w:tr w:rsidR="00AC46BD" w14:paraId="515D2DBA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834CA4D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Management / People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C41E249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MGMT 810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692DD18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Managing People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B389BA4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5B7A5B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Full-Time core</w:t>
            </w:r>
          </w:p>
        </w:tc>
      </w:tr>
      <w:tr w:rsidR="00AC46BD" w14:paraId="69664BAF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EB02703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Management Skills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6D5944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MGMT 752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AA54653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Developing Effective Management and Team Skills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187A749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C2959C9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Online elective; Online MBA/MSBA elective</w:t>
            </w:r>
          </w:p>
        </w:tc>
      </w:tr>
      <w:tr w:rsidR="00AC46BD" w14:paraId="2D239AF0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47271D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Management Skills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584E7F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MGMT 782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6C4D44A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Developing Effective Management and Team Skills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810ECA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C52BCD9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Hybrid leadership track</w:t>
            </w:r>
          </w:p>
        </w:tc>
      </w:tr>
      <w:tr w:rsidR="00AC46BD" w14:paraId="5350D29B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9FBB55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Marketing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867ACE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MKTG 706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C60266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Marketing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FAD2DA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1BC63E3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Online core; Hybrid core; Online MBA/MSBA core</w:t>
            </w:r>
          </w:p>
        </w:tc>
      </w:tr>
      <w:tr w:rsidR="00AC46BD" w14:paraId="26A2374E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EAC67A9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Marketing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711B90E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MKTG 810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DF50ED4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Marketing Management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D468C18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6794D95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Full-Time core</w:t>
            </w:r>
          </w:p>
        </w:tc>
      </w:tr>
      <w:tr w:rsidR="00AC46BD" w14:paraId="283C3B0B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8306DA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Marketing Communications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4EB49A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MKTG 752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174748A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Integrated Marketing Communications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BA79DD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85DF99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Online elective; Online MBA/MSBA elective</w:t>
            </w:r>
          </w:p>
        </w:tc>
      </w:tr>
      <w:tr w:rsidR="00AC46BD" w14:paraId="4F935C3B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9B1E924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Operations / Supply Chain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949E33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SCM 701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29FA13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Introduction to Supply Chain Management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0F8465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FB0755E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Hybrid supply-chain track</w:t>
            </w:r>
          </w:p>
        </w:tc>
      </w:tr>
      <w:tr w:rsidR="00AC46BD" w14:paraId="5F03B62B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3462F67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Operations / Supply Chain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69578C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SCM 718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F48505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Operations and Supply Chain Management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4404F0A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224F62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Online core; Online MBA/MSBA core</w:t>
            </w:r>
          </w:p>
        </w:tc>
      </w:tr>
      <w:tr w:rsidR="00AC46BD" w14:paraId="25F68588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C706977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Operations / Supply Chain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F8ABC8A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SCM 820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86FF0D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Operations and Supply Chain Management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9767757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0CD1049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Full-Time core</w:t>
            </w:r>
          </w:p>
        </w:tc>
      </w:tr>
      <w:tr w:rsidR="00AC46BD" w14:paraId="1AE2807F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D6D710B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Optimization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A96AD8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BSAN 741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18B071B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Optimization and Prescriptive Analytics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D9C5719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1C62E14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Online MBA/MSBA analytics</w:t>
            </w:r>
          </w:p>
        </w:tc>
      </w:tr>
      <w:tr w:rsidR="00AC46BD" w14:paraId="7FE40C0E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E6849B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Portfolio Management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1E02F6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FIN 840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0870797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Applied Portfolio Management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73AF3CA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BA7654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Insurance concentration elective</w:t>
            </w:r>
          </w:p>
        </w:tc>
      </w:tr>
      <w:tr w:rsidR="00AC46BD" w14:paraId="34EE3EF4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AAF840C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Procurement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A69B013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SCM 702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394C26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Procurement and Supplier Management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CF40DFE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9C991E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Hybrid supply-chain track</w:t>
            </w:r>
          </w:p>
        </w:tc>
      </w:tr>
      <w:tr w:rsidR="00AC46BD" w14:paraId="443B2579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2F1E4CB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lastRenderedPageBreak/>
              <w:t>Professional Development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4E30489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BUS 801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431A58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Professional Skills Development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FA7265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A77E28D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Full-Time core</w:t>
            </w:r>
          </w:p>
        </w:tc>
      </w:tr>
      <w:tr w:rsidR="00AC46BD" w14:paraId="52C578B5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C195C2A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Professional Development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3F17C7D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BUS 802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241C15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Professional Skills Development II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FA22E9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BE17154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Full-Time core</w:t>
            </w:r>
          </w:p>
        </w:tc>
      </w:tr>
      <w:tr w:rsidR="00AC46BD" w14:paraId="0F82FCD6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CB4A5B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Project Management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947831A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MGMT 755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77D59E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Project Management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EEDF9FB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A9C0BF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Online elective; Online MBA/MSBA elective</w:t>
            </w:r>
          </w:p>
        </w:tc>
      </w:tr>
      <w:tr w:rsidR="00AC46BD" w14:paraId="22BAE54C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F2A60E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Risk Management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7D367FE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FIN 824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4491CFE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Enterprise Risk Management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3EA0C13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4DDF98A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Insurance concentration</w:t>
            </w:r>
          </w:p>
        </w:tc>
      </w:tr>
      <w:tr w:rsidR="00AC46BD" w14:paraId="6CAC2C07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6FB56FE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Statistics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3454BEE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BSAN 706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47EB477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Statistics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BDE0C3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088D6FC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Online core; Online MBA/MSBA core</w:t>
            </w:r>
          </w:p>
        </w:tc>
      </w:tr>
      <w:tr w:rsidR="00AC46BD" w14:paraId="561FE32B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422085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Statistics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8A7F9B4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BSAN 810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F235C6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Statistics and Decision Tools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A9C0E5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FDE16DD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Full-Time core</w:t>
            </w:r>
          </w:p>
        </w:tc>
      </w:tr>
      <w:tr w:rsidR="00AC46BD" w14:paraId="480A2A4B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05ABC05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Strategy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3EBC5A9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MGMT 719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70AC6EE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Strategic Management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37E4678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E62314C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Online core; Online MBA/MSBA core</w:t>
            </w:r>
          </w:p>
        </w:tc>
      </w:tr>
      <w:tr w:rsidR="00AC46BD" w14:paraId="32C3E903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905587C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Strategy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D2073B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MGMT 830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1036E0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Global Strategic Management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BA0A77B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D460893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Full-Time core</w:t>
            </w:r>
          </w:p>
        </w:tc>
      </w:tr>
      <w:tr w:rsidR="00AC46BD" w14:paraId="4C6E93C5" w14:textId="77777777">
        <w:trPr>
          <w:cantSplit/>
        </w:trPr>
        <w:tc>
          <w:tcPr>
            <w:tcW w:w="20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0CEEA7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Supply Chain Capstone</w:t>
            </w:r>
          </w:p>
        </w:tc>
        <w:tc>
          <w:tcPr>
            <w:tcW w:w="129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D04961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SCM 710</w:t>
            </w:r>
          </w:p>
        </w:tc>
        <w:tc>
          <w:tcPr>
            <w:tcW w:w="453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3FDD9AC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Capstone in Supply Chain Management</w:t>
            </w:r>
          </w:p>
        </w:tc>
        <w:tc>
          <w:tcPr>
            <w:tcW w:w="648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C9490F8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w="561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A8A731B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Hybrid supply-chain track</w:t>
            </w:r>
          </w:p>
        </w:tc>
      </w:tr>
    </w:tbl>
    <w:p w14:paraId="4927D8EA" w14:textId="77777777" w:rsidR="00AC46BD" w:rsidRDefault="00AC46BD">
      <w:pPr>
        <w:spacing w:after="0"/>
      </w:pPr>
    </w:p>
    <w:p w14:paraId="18B95583" w14:textId="77777777" w:rsidR="00AC46BD" w:rsidRDefault="000F5FA2">
      <w:pPr>
        <w:pStyle w:val="Heading1"/>
      </w:pPr>
      <w:r>
        <w:t>Master course-equivalency matrix</w:t>
      </w:r>
    </w:p>
    <w:p w14:paraId="19124787" w14:textId="77777777" w:rsidR="00AC46BD" w:rsidRDefault="000F5FA2">
      <w:pPr>
        <w:spacing w:after="60"/>
      </w:pPr>
      <w:r>
        <w:rPr>
          <w:b/>
          <w:sz w:val="17"/>
        </w:rPr>
        <w:t xml:space="preserve">Reading rule. </w:t>
      </w:r>
      <w:r>
        <w:rPr>
          <w:sz w:val="17"/>
        </w:rPr>
        <w:t>Each graduate MBA-connected peer course appears once under its primary capability. The KU column shows KU courses in that capability; the last column makes KU and peer-to-peer absences explicit. Foundation and pathway courses are excluded here.</w:t>
      </w:r>
    </w:p>
    <w:p w14:paraId="6D4EBDB6" w14:textId="77777777" w:rsidR="00AC46BD" w:rsidRDefault="000F5FA2">
      <w:pPr>
        <w:pStyle w:val="Heading2"/>
      </w:pPr>
      <w:r>
        <w:t>Accounting</w:t>
      </w:r>
    </w:p>
    <w:tbl>
      <w:tblPr>
        <w:tblW w:w="14112" w:type="dxa"/>
        <w:tblInd w:w="90" w:type="dxa"/>
        <w:tblBorders>
          <w:top w:val="single" w:sz="3" w:space="0" w:color="808080"/>
          <w:left w:val="single" w:sz="3" w:space="0" w:color="808080"/>
          <w:bottom w:val="single" w:sz="3" w:space="0" w:color="808080"/>
          <w:right w:val="single" w:sz="3" w:space="0" w:color="808080"/>
          <w:insideH w:val="single" w:sz="3" w:space="0" w:color="808080"/>
          <w:insideV w:val="single" w:sz="3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880"/>
        <w:gridCol w:w="7416"/>
        <w:gridCol w:w="1728"/>
      </w:tblGrid>
      <w:tr w:rsidR="00AC46BD" w14:paraId="14F7D01C" w14:textId="77777777">
        <w:trPr>
          <w:cantSplit/>
          <w:tblHeader/>
        </w:trPr>
        <w:tc>
          <w:tcPr>
            <w:tcW w:w="2088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0D0EDC0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Capability</w:t>
            </w:r>
          </w:p>
        </w:tc>
        <w:tc>
          <w:tcPr>
            <w:tcW w:w="2880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A3D912D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KU course(s)</w:t>
            </w:r>
          </w:p>
        </w:tc>
        <w:tc>
          <w:tcPr>
            <w:tcW w:w="7416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6F74E8E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Peer courses and KU rating</w:t>
            </w:r>
          </w:p>
        </w:tc>
        <w:tc>
          <w:tcPr>
            <w:tcW w:w="1728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88D6F68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No course identified</w:t>
            </w:r>
          </w:p>
        </w:tc>
      </w:tr>
      <w:tr w:rsidR="00AC46BD" w14:paraId="1FC95203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1F78829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Accounting — audit / assurance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102F3309" w14:textId="77777777" w:rsidR="00AC46BD" w:rsidRDefault="000F5FA2">
            <w:pPr>
              <w:spacing w:after="0" w:line="228" w:lineRule="auto"/>
            </w:pPr>
            <w:r>
              <w:rPr>
                <w:i/>
                <w:sz w:val="13"/>
              </w:rPr>
              <w:t>None identified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DC5A534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Pitt State: </w:t>
            </w:r>
            <w:r>
              <w:rPr>
                <w:sz w:val="12"/>
              </w:rPr>
              <w:t>ACCTG 422 Internal Auditing [N]</w:t>
            </w:r>
            <w:r>
              <w:t xml:space="preserve">; </w:t>
            </w:r>
            <w:r>
              <w:rPr>
                <w:sz w:val="12"/>
              </w:rPr>
              <w:t>ACCTG 815 Financial Statement Auditing [N]</w:t>
            </w:r>
          </w:p>
          <w:p w14:paraId="225FB0EE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SEMO: </w:t>
            </w:r>
            <w:r>
              <w:rPr>
                <w:sz w:val="12"/>
              </w:rPr>
              <w:t>AC 537 Advanced Auditing &amp; Assurance Services [N]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4C1369A9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KU, Emporia, Mo State, UMKC, Mizzou, Washburn</w:t>
            </w:r>
          </w:p>
        </w:tc>
      </w:tr>
      <w:tr w:rsidR="00AC46BD" w14:paraId="2F943831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95BF9DC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Accounting — core / analysis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88D2C50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ACCT 706 Accounting</w:t>
            </w:r>
            <w:r>
              <w:t xml:space="preserve">; </w:t>
            </w:r>
            <w:r>
              <w:rPr>
                <w:sz w:val="13"/>
              </w:rPr>
              <w:t>ACCT 810 Accounting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4AE9C62A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Emporia: </w:t>
            </w:r>
            <w:r>
              <w:rPr>
                <w:sz w:val="12"/>
              </w:rPr>
              <w:t>AC 845 Financial Statement Analysis and Valuation [S]</w:t>
            </w:r>
            <w:r>
              <w:t xml:space="preserve">; </w:t>
            </w:r>
            <w:r>
              <w:rPr>
                <w:sz w:val="12"/>
              </w:rPr>
              <w:t>AC 847 Data Analytics for Accounting [S]</w:t>
            </w:r>
            <w:r>
              <w:t xml:space="preserve">; </w:t>
            </w:r>
            <w:r>
              <w:rPr>
                <w:sz w:val="12"/>
              </w:rPr>
              <w:t>AC 853 Accounting Theory [N]</w:t>
            </w:r>
          </w:p>
          <w:p w14:paraId="05640F94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ACC 794 Internship: Accounting [S]</w:t>
            </w:r>
            <w:r>
              <w:t xml:space="preserve">; </w:t>
            </w:r>
            <w:r>
              <w:rPr>
                <w:sz w:val="12"/>
              </w:rPr>
              <w:t>ACC 796 Independent Study-Accounting [S]</w:t>
            </w:r>
            <w:r>
              <w:t xml:space="preserve">; </w:t>
            </w:r>
            <w:r>
              <w:rPr>
                <w:sz w:val="12"/>
              </w:rPr>
              <w:t>FIN 686 International Financial Statement Analysis [S]</w:t>
            </w:r>
          </w:p>
          <w:p w14:paraId="6AB65DD4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Pitt State: </w:t>
            </w:r>
            <w:r>
              <w:rPr>
                <w:sz w:val="12"/>
              </w:rPr>
              <w:t>ACCTG 318 Intermediate Financial Accounting I [S]</w:t>
            </w:r>
            <w:r>
              <w:t xml:space="preserve">; </w:t>
            </w:r>
            <w:r>
              <w:rPr>
                <w:sz w:val="12"/>
              </w:rPr>
              <w:t>ACCTG 410 Intermediate Financial Accounting II [S]</w:t>
            </w:r>
            <w:r>
              <w:t xml:space="preserve">; </w:t>
            </w:r>
            <w:r>
              <w:rPr>
                <w:sz w:val="12"/>
              </w:rPr>
              <w:t>ACCTG 585 Accounting Law [D]</w:t>
            </w:r>
            <w:r>
              <w:t xml:space="preserve">; </w:t>
            </w:r>
            <w:r>
              <w:rPr>
                <w:sz w:val="12"/>
              </w:rPr>
              <w:t>ACCTG 805 Internship in Accounting [S]</w:t>
            </w:r>
            <w:r>
              <w:t xml:space="preserve">; </w:t>
            </w:r>
            <w:r>
              <w:rPr>
                <w:sz w:val="12"/>
              </w:rPr>
              <w:t>ACCTG 813 Financial Statement Analysis [S]</w:t>
            </w:r>
          </w:p>
          <w:p w14:paraId="713A8FA4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SEMO: </w:t>
            </w:r>
            <w:r>
              <w:rPr>
                <w:sz w:val="12"/>
              </w:rPr>
              <w:t>AC 534 Advanced Financial Accounting [S]</w:t>
            </w:r>
            <w:r>
              <w:t xml:space="preserve">; </w:t>
            </w:r>
            <w:r>
              <w:rPr>
                <w:sz w:val="12"/>
              </w:rPr>
              <w:t>AC 540 International Perspectives on Accounting [S]</w:t>
            </w:r>
            <w:r>
              <w:t xml:space="preserve">; </w:t>
            </w:r>
            <w:r>
              <w:rPr>
                <w:sz w:val="12"/>
              </w:rPr>
              <w:t>AC 548 Government &amp; Not-for-Profit Accounting [S]</w:t>
            </w:r>
            <w:r>
              <w:t xml:space="preserve">; </w:t>
            </w:r>
            <w:r>
              <w:rPr>
                <w:sz w:val="12"/>
              </w:rPr>
              <w:t>BA 660 Accounting for Managers [S]</w:t>
            </w:r>
          </w:p>
          <w:p w14:paraId="6EA5698E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UMKC: </w:t>
            </w:r>
            <w:r>
              <w:rPr>
                <w:sz w:val="12"/>
              </w:rPr>
              <w:t>ACCTNG 5568 Data Analytics for Accounting [S]</w:t>
            </w:r>
            <w:r>
              <w:t xml:space="preserve">; </w:t>
            </w:r>
            <w:r>
              <w:rPr>
                <w:sz w:val="12"/>
              </w:rPr>
              <w:t>FIN 5561 Financial Statement Analysis [S]</w:t>
            </w:r>
          </w:p>
          <w:p w14:paraId="5ACF6AD7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Mizzou: </w:t>
            </w:r>
            <w:r>
              <w:rPr>
                <w:sz w:val="12"/>
              </w:rPr>
              <w:t>ACCTCY 8310 Accounting for Managers [S]</w:t>
            </w:r>
            <w:r>
              <w:t xml:space="preserve">; </w:t>
            </w:r>
            <w:r>
              <w:rPr>
                <w:sz w:val="12"/>
              </w:rPr>
              <w:t>FINANC 8350 Financial Statement Analysis I [S]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242967E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Washburn</w:t>
            </w:r>
          </w:p>
        </w:tc>
      </w:tr>
      <w:tr w:rsidR="00AC46BD" w14:paraId="6382D4F2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43C702A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Accounting — fraud / forensic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DA7D638" w14:textId="77777777" w:rsidR="00AC46BD" w:rsidRDefault="000F5FA2">
            <w:pPr>
              <w:spacing w:after="0" w:line="228" w:lineRule="auto"/>
            </w:pPr>
            <w:r>
              <w:rPr>
                <w:i/>
                <w:sz w:val="13"/>
              </w:rPr>
              <w:t>None identified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AD20FD1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ITC 765 Computer Forensics [N]</w:t>
            </w:r>
          </w:p>
          <w:p w14:paraId="57B586F0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SEMO: </w:t>
            </w:r>
            <w:r>
              <w:rPr>
                <w:sz w:val="12"/>
              </w:rPr>
              <w:t>AC 550 Fraud Examination &amp; Forensic Accounting [N]</w:t>
            </w:r>
            <w:r>
              <w:t xml:space="preserve">; </w:t>
            </w:r>
            <w:r>
              <w:rPr>
                <w:sz w:val="12"/>
              </w:rPr>
              <w:t>AC 555 Forensic Accounting Analytics [N]</w:t>
            </w:r>
          </w:p>
          <w:p w14:paraId="6A068000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UMKC: </w:t>
            </w:r>
            <w:r>
              <w:rPr>
                <w:sz w:val="12"/>
              </w:rPr>
              <w:t>ACCTNG 5570 Fraud Examination [N]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16695F89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KU, Emporia, Pitt State, Mizzou, Washburn</w:t>
            </w:r>
          </w:p>
        </w:tc>
      </w:tr>
      <w:tr w:rsidR="00AC46BD" w14:paraId="7FF789FA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D304160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Accounting — government / nonprofit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F48C436" w14:textId="77777777" w:rsidR="00AC46BD" w:rsidRDefault="000F5FA2">
            <w:pPr>
              <w:spacing w:after="0" w:line="228" w:lineRule="auto"/>
            </w:pPr>
            <w:r>
              <w:rPr>
                <w:i/>
                <w:sz w:val="13"/>
              </w:rPr>
              <w:t>None identified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159C1846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ACC 732 Governmental and Not-For-Profit Organizational Accounting [S]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05BE1F0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KU, Emporia, Pitt State, SEMO, UMKC, Mizzou, Washburn</w:t>
            </w:r>
          </w:p>
        </w:tc>
      </w:tr>
      <w:tr w:rsidR="00AC46BD" w14:paraId="61B3D5F2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56753B33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Accounting — managerial / cost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A6CE546" w14:textId="77777777" w:rsidR="00AC46BD" w:rsidRDefault="000F5FA2">
            <w:pPr>
              <w:spacing w:after="0" w:line="228" w:lineRule="auto"/>
            </w:pPr>
            <w:r>
              <w:rPr>
                <w:i/>
                <w:sz w:val="13"/>
              </w:rPr>
              <w:t>None identified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EA48EC9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Emporia: </w:t>
            </w:r>
            <w:r>
              <w:rPr>
                <w:sz w:val="12"/>
              </w:rPr>
              <w:t>AC 843 Management Accounting and Business Analysis [S]</w:t>
            </w:r>
          </w:p>
          <w:p w14:paraId="3A06A57D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ACC 613 Managerial Cost Accounting II [S]</w:t>
            </w:r>
            <w:r>
              <w:t xml:space="preserve">; </w:t>
            </w:r>
            <w:r>
              <w:rPr>
                <w:sz w:val="12"/>
              </w:rPr>
              <w:t>ACC 711 Managerial Accounting [S]</w:t>
            </w:r>
            <w:r>
              <w:t xml:space="preserve">; </w:t>
            </w:r>
            <w:r>
              <w:rPr>
                <w:sz w:val="12"/>
              </w:rPr>
              <w:t>ACC 712 Controllership and Accounting Analytics [S]</w:t>
            </w:r>
            <w:r>
              <w:t xml:space="preserve">; </w:t>
            </w:r>
            <w:r>
              <w:rPr>
                <w:sz w:val="12"/>
              </w:rPr>
              <w:t>TCM 651 Project Schedule and Cost Management [S]</w:t>
            </w:r>
          </w:p>
          <w:p w14:paraId="2C07789D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Pitt State: </w:t>
            </w:r>
            <w:r>
              <w:rPr>
                <w:sz w:val="12"/>
              </w:rPr>
              <w:t>ACCTG 315 Intermediate Managerial Accounting [S]</w:t>
            </w:r>
            <w:r>
              <w:t xml:space="preserve">; </w:t>
            </w:r>
            <w:r>
              <w:rPr>
                <w:sz w:val="12"/>
              </w:rPr>
              <w:t>ACCTG 814 Management Control Systems [S]</w:t>
            </w:r>
            <w:r>
              <w:t xml:space="preserve">; </w:t>
            </w:r>
            <w:r>
              <w:rPr>
                <w:sz w:val="12"/>
              </w:rPr>
              <w:t>ACCTG 819 Cost Management [S]</w:t>
            </w:r>
          </w:p>
          <w:p w14:paraId="35AAEE76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Washburn: </w:t>
            </w:r>
            <w:r>
              <w:rPr>
                <w:sz w:val="12"/>
              </w:rPr>
              <w:t>AC 627 Management Accounting Analysis [S]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98AED05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KU, SEMO, UMKC, Mizzou</w:t>
            </w:r>
          </w:p>
        </w:tc>
      </w:tr>
      <w:tr w:rsidR="00AC46BD" w14:paraId="461EAADC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4B238BCA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Accounting — systems / reporting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DB6AD49" w14:textId="77777777" w:rsidR="00AC46BD" w:rsidRDefault="000F5FA2">
            <w:pPr>
              <w:spacing w:after="0" w:line="228" w:lineRule="auto"/>
            </w:pPr>
            <w:r>
              <w:rPr>
                <w:i/>
                <w:sz w:val="13"/>
              </w:rPr>
              <w:t>None identified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54228862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Emporia: </w:t>
            </w:r>
            <w:r>
              <w:rPr>
                <w:sz w:val="12"/>
              </w:rPr>
              <w:t>AC 860 Advanced Accounting Information Systems [N]</w:t>
            </w:r>
          </w:p>
          <w:p w14:paraId="4BD700A7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Pitt State: </w:t>
            </w:r>
            <w:r>
              <w:rPr>
                <w:sz w:val="12"/>
              </w:rPr>
              <w:t>ACCTG 420 Accounting Information Systems [N]</w:t>
            </w:r>
          </w:p>
          <w:p w14:paraId="1240D379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UMKC: </w:t>
            </w:r>
            <w:r>
              <w:rPr>
                <w:sz w:val="12"/>
              </w:rPr>
              <w:t>ACCTNG 5580 Financial Reporting Systems [N]</w:t>
            </w:r>
          </w:p>
          <w:p w14:paraId="5BFD8366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Washburn: </w:t>
            </w:r>
            <w:r>
              <w:rPr>
                <w:sz w:val="12"/>
              </w:rPr>
              <w:t>AC 630 Advanced Accounting Information Systems [N]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7A6D3F8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KU, Mo State, SEMO, Mizzou</w:t>
            </w:r>
          </w:p>
        </w:tc>
      </w:tr>
      <w:tr w:rsidR="00AC46BD" w14:paraId="1B8E70D4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18D84A1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lastRenderedPageBreak/>
              <w:t>Accounting — tax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4D25CBA3" w14:textId="77777777" w:rsidR="00AC46BD" w:rsidRDefault="000F5FA2">
            <w:pPr>
              <w:spacing w:after="0" w:line="228" w:lineRule="auto"/>
            </w:pPr>
            <w:r>
              <w:rPr>
                <w:i/>
                <w:sz w:val="13"/>
              </w:rPr>
              <w:t>None identified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3E01FA11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Emporia: </w:t>
            </w:r>
            <w:r>
              <w:rPr>
                <w:sz w:val="12"/>
              </w:rPr>
              <w:t>AC 820 Advanced Income Taxation [N]</w:t>
            </w:r>
          </w:p>
          <w:p w14:paraId="6CE32D73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Pitt State: </w:t>
            </w:r>
            <w:r>
              <w:rPr>
                <w:sz w:val="12"/>
              </w:rPr>
              <w:t>ACCTG 812 Tax Research [N]</w:t>
            </w:r>
          </w:p>
          <w:p w14:paraId="6253755C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SEMO: </w:t>
            </w:r>
            <w:r>
              <w:rPr>
                <w:sz w:val="12"/>
              </w:rPr>
              <w:t>AC 545 Taxation of Business Entities [N]</w:t>
            </w:r>
          </w:p>
          <w:p w14:paraId="36CA2982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UMKC: </w:t>
            </w:r>
            <w:r>
              <w:rPr>
                <w:sz w:val="12"/>
              </w:rPr>
              <w:t>ACCTNG 5557 Introduction To Income Taxation [N]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4A726F6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KU, Mo State, Mizzou, Washburn</w:t>
            </w:r>
          </w:p>
        </w:tc>
      </w:tr>
    </w:tbl>
    <w:p w14:paraId="428B371A" w14:textId="77777777" w:rsidR="00AC46BD" w:rsidRDefault="00AC46BD">
      <w:pPr>
        <w:spacing w:after="0"/>
      </w:pPr>
    </w:p>
    <w:p w14:paraId="71CDC239" w14:textId="77777777" w:rsidR="00AC46BD" w:rsidRDefault="000F5FA2">
      <w:pPr>
        <w:pStyle w:val="Heading2"/>
      </w:pPr>
      <w:r>
        <w:t>Economics</w:t>
      </w:r>
    </w:p>
    <w:tbl>
      <w:tblPr>
        <w:tblW w:w="14112" w:type="dxa"/>
        <w:tblInd w:w="90" w:type="dxa"/>
        <w:tblBorders>
          <w:top w:val="single" w:sz="3" w:space="0" w:color="808080"/>
          <w:left w:val="single" w:sz="3" w:space="0" w:color="808080"/>
          <w:bottom w:val="single" w:sz="3" w:space="0" w:color="808080"/>
          <w:right w:val="single" w:sz="3" w:space="0" w:color="808080"/>
          <w:insideH w:val="single" w:sz="3" w:space="0" w:color="808080"/>
          <w:insideV w:val="single" w:sz="3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880"/>
        <w:gridCol w:w="7416"/>
        <w:gridCol w:w="1728"/>
      </w:tblGrid>
      <w:tr w:rsidR="00AC46BD" w14:paraId="5CDB248F" w14:textId="77777777">
        <w:trPr>
          <w:cantSplit/>
          <w:tblHeader/>
        </w:trPr>
        <w:tc>
          <w:tcPr>
            <w:tcW w:w="2088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DA1067B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Capability</w:t>
            </w:r>
          </w:p>
        </w:tc>
        <w:tc>
          <w:tcPr>
            <w:tcW w:w="2880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5828D9A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KU course(s)</w:t>
            </w:r>
          </w:p>
        </w:tc>
        <w:tc>
          <w:tcPr>
            <w:tcW w:w="7416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C7F1C99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Peer courses and KU rating</w:t>
            </w:r>
          </w:p>
        </w:tc>
        <w:tc>
          <w:tcPr>
            <w:tcW w:w="1728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378D047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No course identified</w:t>
            </w:r>
          </w:p>
        </w:tc>
      </w:tr>
      <w:tr w:rsidR="00AC46BD" w14:paraId="0442AC55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5E1669F3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Economics — international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1CEB6D9D" w14:textId="77777777" w:rsidR="00AC46BD" w:rsidRDefault="000F5FA2">
            <w:pPr>
              <w:spacing w:after="0" w:line="228" w:lineRule="auto"/>
            </w:pPr>
            <w:r>
              <w:rPr>
                <w:i/>
                <w:sz w:val="13"/>
              </w:rPr>
              <w:t>None identified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ED8EDD0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ECO 665 International Economics [N]</w:t>
            </w:r>
          </w:p>
          <w:p w14:paraId="33280CDF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SEMO: </w:t>
            </w:r>
            <w:r>
              <w:rPr>
                <w:sz w:val="12"/>
              </w:rPr>
              <w:t>EC 580 International Economics [N]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282855B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KU, Emporia, Pitt State, UMKC, Mizzou, Washburn</w:t>
            </w:r>
          </w:p>
        </w:tc>
      </w:tr>
      <w:tr w:rsidR="00AC46BD" w14:paraId="27B99900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CD9FC2B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Economics — managerial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1ABB572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BE 718 Managerial Economics</w:t>
            </w:r>
            <w:r>
              <w:t xml:space="preserve">; </w:t>
            </w:r>
            <w:r>
              <w:rPr>
                <w:sz w:val="13"/>
              </w:rPr>
              <w:t>BE 810 Managerial Economics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535C9641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Emporia: </w:t>
            </w:r>
            <w:r>
              <w:rPr>
                <w:sz w:val="12"/>
              </w:rPr>
              <w:t>BC 807 Managerial Economics [D]</w:t>
            </w:r>
          </w:p>
          <w:p w14:paraId="21FD0C2A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Pitt State: </w:t>
            </w:r>
            <w:r>
              <w:rPr>
                <w:sz w:val="12"/>
              </w:rPr>
              <w:t>ECON 827 Seminar in Economics [P]</w:t>
            </w:r>
          </w:p>
          <w:p w14:paraId="03C864DA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SEMO: </w:t>
            </w:r>
            <w:r>
              <w:rPr>
                <w:sz w:val="12"/>
              </w:rPr>
              <w:t>EC 561 Managerial Economics [D]</w:t>
            </w:r>
          </w:p>
          <w:p w14:paraId="39D1BE83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Mizzou: </w:t>
            </w:r>
            <w:r>
              <w:rPr>
                <w:sz w:val="12"/>
              </w:rPr>
              <w:t>FINANC 8210 Microeconomics for Business [S]</w:t>
            </w:r>
            <w:r>
              <w:t xml:space="preserve">; </w:t>
            </w:r>
            <w:r>
              <w:rPr>
                <w:sz w:val="12"/>
              </w:rPr>
              <w:t>FINANC 8220 Economics for Managers [S]</w:t>
            </w:r>
          </w:p>
          <w:p w14:paraId="3E866DB9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Washburn: </w:t>
            </w:r>
            <w:r>
              <w:rPr>
                <w:sz w:val="12"/>
              </w:rPr>
              <w:t>EC 652 Managerial Economics [D]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462C2CA5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Mo State, UMKC</w:t>
            </w:r>
          </w:p>
        </w:tc>
      </w:tr>
      <w:tr w:rsidR="00AC46BD" w14:paraId="34CF16A7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162F4D6D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Economics — public / resource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FB9F975" w14:textId="77777777" w:rsidR="00AC46BD" w:rsidRDefault="000F5FA2">
            <w:pPr>
              <w:spacing w:after="0" w:line="228" w:lineRule="auto"/>
            </w:pPr>
            <w:r>
              <w:rPr>
                <w:i/>
                <w:sz w:val="13"/>
              </w:rPr>
              <w:t>None identified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CA3D373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ECO 640 Environmental, Resource, and Energy Economics [N]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3F3A35F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KU, Emporia, Pitt State, SEMO, UMKC, Mizzou, Washburn</w:t>
            </w:r>
          </w:p>
        </w:tc>
      </w:tr>
    </w:tbl>
    <w:p w14:paraId="07A4E5C7" w14:textId="77777777" w:rsidR="00AC46BD" w:rsidRDefault="00AC46BD">
      <w:pPr>
        <w:spacing w:after="0"/>
      </w:pPr>
    </w:p>
    <w:p w14:paraId="5C0FC65A" w14:textId="77777777" w:rsidR="00AC46BD" w:rsidRDefault="000F5FA2">
      <w:pPr>
        <w:pStyle w:val="Heading2"/>
      </w:pPr>
      <w:r>
        <w:t>Finance and risk</w:t>
      </w:r>
    </w:p>
    <w:tbl>
      <w:tblPr>
        <w:tblW w:w="14112" w:type="dxa"/>
        <w:tblInd w:w="90" w:type="dxa"/>
        <w:tblBorders>
          <w:top w:val="single" w:sz="3" w:space="0" w:color="808080"/>
          <w:left w:val="single" w:sz="3" w:space="0" w:color="808080"/>
          <w:bottom w:val="single" w:sz="3" w:space="0" w:color="808080"/>
          <w:right w:val="single" w:sz="3" w:space="0" w:color="808080"/>
          <w:insideH w:val="single" w:sz="3" w:space="0" w:color="808080"/>
          <w:insideV w:val="single" w:sz="3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880"/>
        <w:gridCol w:w="7416"/>
        <w:gridCol w:w="1728"/>
      </w:tblGrid>
      <w:tr w:rsidR="00AC46BD" w14:paraId="341D3200" w14:textId="77777777">
        <w:trPr>
          <w:cantSplit/>
          <w:tblHeader/>
        </w:trPr>
        <w:tc>
          <w:tcPr>
            <w:tcW w:w="2088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4395A56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Capability</w:t>
            </w:r>
          </w:p>
        </w:tc>
        <w:tc>
          <w:tcPr>
            <w:tcW w:w="2880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74B87D0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KU course(s)</w:t>
            </w:r>
          </w:p>
        </w:tc>
        <w:tc>
          <w:tcPr>
            <w:tcW w:w="7416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7A5DF9F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Peer courses and KU rating</w:t>
            </w:r>
          </w:p>
        </w:tc>
        <w:tc>
          <w:tcPr>
            <w:tcW w:w="1728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180C548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No course identified</w:t>
            </w:r>
          </w:p>
        </w:tc>
      </w:tr>
      <w:tr w:rsidR="00AC46BD" w14:paraId="5001C484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5F13F17B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Finance — core / corporate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1B23E077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FIN 706 Finance</w:t>
            </w:r>
            <w:r>
              <w:t xml:space="preserve">; </w:t>
            </w:r>
            <w:r>
              <w:rPr>
                <w:sz w:val="13"/>
              </w:rPr>
              <w:t>FIN 751 Corporate Finance</w:t>
            </w:r>
            <w:r>
              <w:t xml:space="preserve">; </w:t>
            </w:r>
            <w:r>
              <w:rPr>
                <w:sz w:val="13"/>
              </w:rPr>
              <w:t>FIN 810 Financial Management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4A66F478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Emporia: </w:t>
            </w:r>
            <w:r>
              <w:rPr>
                <w:sz w:val="12"/>
              </w:rPr>
              <w:t>FI 850 Advanced Financial Management [D]</w:t>
            </w:r>
          </w:p>
          <w:p w14:paraId="6ABD851F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FIN 682 International Financial Management [S]</w:t>
            </w:r>
            <w:r>
              <w:t xml:space="preserve">; </w:t>
            </w:r>
            <w:r>
              <w:rPr>
                <w:sz w:val="12"/>
              </w:rPr>
              <w:t>FIN 780 Advanced Financial Management [D]</w:t>
            </w:r>
            <w:r>
              <w:t xml:space="preserve">; </w:t>
            </w:r>
            <w:r>
              <w:rPr>
                <w:sz w:val="12"/>
              </w:rPr>
              <w:t>FIN 790 Seminar in Finance [P]</w:t>
            </w:r>
            <w:r>
              <w:t xml:space="preserve">; </w:t>
            </w:r>
            <w:r>
              <w:rPr>
                <w:sz w:val="12"/>
              </w:rPr>
              <w:t>FIN 792 International Education Abroad in Finance [P]</w:t>
            </w:r>
            <w:r>
              <w:t xml:space="preserve">; </w:t>
            </w:r>
            <w:r>
              <w:rPr>
                <w:sz w:val="12"/>
              </w:rPr>
              <w:t>FIN 795 Domestic Field Experience in Finance [S]</w:t>
            </w:r>
          </w:p>
          <w:p w14:paraId="03A8D4D3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Pitt State: </w:t>
            </w:r>
            <w:r>
              <w:rPr>
                <w:sz w:val="12"/>
              </w:rPr>
              <w:t>FIN 836 Financial Strategy [S]</w:t>
            </w:r>
          </w:p>
          <w:p w14:paraId="7EF95EF7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SEMO: </w:t>
            </w:r>
            <w:r>
              <w:rPr>
                <w:sz w:val="12"/>
              </w:rPr>
              <w:t>BA 668 Managerial Finance [S]</w:t>
            </w:r>
            <w:r>
              <w:t xml:space="preserve">; </w:t>
            </w:r>
            <w:r>
              <w:rPr>
                <w:sz w:val="12"/>
              </w:rPr>
              <w:t>FI 540 International Finance [P]</w:t>
            </w:r>
          </w:p>
          <w:p w14:paraId="3FBD3266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UMKC: </w:t>
            </w:r>
            <w:r>
              <w:rPr>
                <w:sz w:val="12"/>
              </w:rPr>
              <w:t>FIN 5536 Corporate Financial Strategy [S]</w:t>
            </w:r>
            <w:r>
              <w:t xml:space="preserve">; </w:t>
            </w:r>
            <w:r>
              <w:rPr>
                <w:sz w:val="12"/>
              </w:rPr>
              <w:t>FIN 5550 Advanced Financial Management Theory And Policies [S]</w:t>
            </w:r>
            <w:r>
              <w:t xml:space="preserve">; </w:t>
            </w:r>
            <w:r>
              <w:rPr>
                <w:sz w:val="12"/>
              </w:rPr>
              <w:t>FIN 5568 Organizational Finance [P]</w:t>
            </w:r>
          </w:p>
          <w:p w14:paraId="584358E2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Mizzou: </w:t>
            </w:r>
            <w:r>
              <w:rPr>
                <w:sz w:val="12"/>
              </w:rPr>
              <w:t>FINANC 8110 Managerial Finance I [S]</w:t>
            </w:r>
            <w:r>
              <w:t xml:space="preserve">; </w:t>
            </w:r>
            <w:r>
              <w:rPr>
                <w:sz w:val="12"/>
              </w:rPr>
              <w:t>FINANC 8140 Managerial Finance [S]</w:t>
            </w:r>
          </w:p>
          <w:p w14:paraId="2AB5AA2C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Washburn: </w:t>
            </w:r>
            <w:r>
              <w:rPr>
                <w:sz w:val="12"/>
              </w:rPr>
              <w:t>BU 655 Financial Strategies [S]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164E2C2F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None</w:t>
            </w:r>
          </w:p>
        </w:tc>
      </w:tr>
      <w:tr w:rsidR="00AC46BD" w14:paraId="1C99A48F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EDCD3B1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Finance — fintech / payments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8B2220A" w14:textId="77777777" w:rsidR="00AC46BD" w:rsidRDefault="000F5FA2">
            <w:pPr>
              <w:spacing w:after="0" w:line="228" w:lineRule="auto"/>
            </w:pPr>
            <w:r>
              <w:rPr>
                <w:i/>
                <w:sz w:val="13"/>
              </w:rPr>
              <w:t>None identified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54D0B352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FIN 670 Foundations of Fintech [N]</w:t>
            </w:r>
            <w:r>
              <w:t xml:space="preserve">; </w:t>
            </w:r>
            <w:r>
              <w:rPr>
                <w:sz w:val="12"/>
              </w:rPr>
              <w:t>ITC 680 Fundamentals of Blockchain Technology [N]</w:t>
            </w:r>
          </w:p>
          <w:p w14:paraId="657C3AE3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UMKC: </w:t>
            </w:r>
            <w:r>
              <w:rPr>
                <w:sz w:val="12"/>
              </w:rPr>
              <w:t>FIN 5567 Payment Systems [N]</w:t>
            </w:r>
            <w:r>
              <w:t xml:space="preserve">; </w:t>
            </w:r>
            <w:r>
              <w:rPr>
                <w:sz w:val="12"/>
              </w:rPr>
              <w:t>FIN 5576 Fundamentals of Fintech [N]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9EBF818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KU, Emporia, Pitt State, SEMO, Mizzou, Washburn</w:t>
            </w:r>
          </w:p>
        </w:tc>
      </w:tr>
      <w:tr w:rsidR="00AC46BD" w14:paraId="7CD135CE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4D4AD4BF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Finance — instruments / derivatives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4AD07236" w14:textId="77777777" w:rsidR="00AC46BD" w:rsidRDefault="000F5FA2">
            <w:pPr>
              <w:spacing w:after="0" w:line="228" w:lineRule="auto"/>
            </w:pPr>
            <w:r>
              <w:rPr>
                <w:i/>
                <w:sz w:val="13"/>
              </w:rPr>
              <w:t>None identified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39BA5EC1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FIN 787 Seminar in Derivatives [N]</w:t>
            </w:r>
          </w:p>
          <w:p w14:paraId="3DD1E37C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UMKC: </w:t>
            </w:r>
            <w:r>
              <w:rPr>
                <w:sz w:val="12"/>
              </w:rPr>
              <w:t>FIN 5557 Derivative Securities [N]</w:t>
            </w:r>
            <w:r>
              <w:t xml:space="preserve">; </w:t>
            </w:r>
            <w:r>
              <w:rPr>
                <w:sz w:val="12"/>
              </w:rPr>
              <w:t>FIN 5562 Fixed Income Analysis [N]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3810EFED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KU, Emporia, Pitt State, SEMO, Mizzou, Washburn</w:t>
            </w:r>
          </w:p>
        </w:tc>
      </w:tr>
      <w:tr w:rsidR="00AC46BD" w14:paraId="29C1B334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10A1075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Finance — investments / portfolio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A260C47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FIN 753 Investments</w:t>
            </w:r>
            <w:r>
              <w:t xml:space="preserve">; </w:t>
            </w:r>
            <w:r>
              <w:rPr>
                <w:sz w:val="13"/>
              </w:rPr>
              <w:t>FIN 830 Investments</w:t>
            </w:r>
            <w:r>
              <w:t xml:space="preserve">; </w:t>
            </w:r>
            <w:r>
              <w:rPr>
                <w:sz w:val="13"/>
              </w:rPr>
              <w:t>FIN 840 Applied Portfolio Management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0B1ED57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FIN 685 Portfolio Management and Alternative Assets [S]</w:t>
            </w:r>
            <w:r>
              <w:t xml:space="preserve">; </w:t>
            </w:r>
            <w:r>
              <w:rPr>
                <w:sz w:val="12"/>
              </w:rPr>
              <w:t>FIN 698 Financial Research and Portfolio Management [S]</w:t>
            </w:r>
            <w:r>
              <w:t xml:space="preserve">; </w:t>
            </w:r>
            <w:r>
              <w:rPr>
                <w:sz w:val="12"/>
              </w:rPr>
              <w:t>TCM 645 Program and Portfolio Management [S]</w:t>
            </w:r>
          </w:p>
          <w:p w14:paraId="64EAF70C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SEMO: </w:t>
            </w:r>
            <w:r>
              <w:rPr>
                <w:sz w:val="12"/>
              </w:rPr>
              <w:t>FI 568 Portfolio Seminar [S]</w:t>
            </w:r>
          </w:p>
          <w:p w14:paraId="25147C66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UMKC: </w:t>
            </w:r>
            <w:r>
              <w:rPr>
                <w:sz w:val="12"/>
              </w:rPr>
              <w:t>FIN 5553 Investment Analysis [S]</w:t>
            </w:r>
            <w:r>
              <w:t xml:space="preserve">; </w:t>
            </w:r>
            <w:r>
              <w:rPr>
                <w:sz w:val="12"/>
              </w:rPr>
              <w:t>FIN 5564 Portfolio Management [D]</w:t>
            </w:r>
            <w:r>
              <w:t xml:space="preserve">; </w:t>
            </w:r>
            <w:r>
              <w:rPr>
                <w:sz w:val="12"/>
              </w:rPr>
              <w:t>FIN 5565 Alternative Investments [S]</w:t>
            </w:r>
            <w:r>
              <w:t xml:space="preserve">; </w:t>
            </w:r>
            <w:r>
              <w:rPr>
                <w:sz w:val="12"/>
              </w:rPr>
              <w:t>FIN 5574 Applied Portfolio Management [D]</w:t>
            </w:r>
          </w:p>
          <w:p w14:paraId="1DF52442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Washburn: </w:t>
            </w:r>
            <w:r>
              <w:rPr>
                <w:sz w:val="12"/>
              </w:rPr>
              <w:t>BU 679 Investments [D]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07CAB3A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Emporia, Pitt State, Mizzou</w:t>
            </w:r>
          </w:p>
        </w:tc>
      </w:tr>
      <w:tr w:rsidR="00AC46BD" w14:paraId="2B59C70F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7049149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Finance — markets / institutions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55464442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FIN 820 Macroeconomics and Financial Markets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3B56E4C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FIN 689 Management of Financial Institutions [S]</w:t>
            </w:r>
          </w:p>
          <w:p w14:paraId="625516AD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SEMO: </w:t>
            </w:r>
            <w:r>
              <w:rPr>
                <w:sz w:val="12"/>
              </w:rPr>
              <w:t>FI 565 Financial Institutions, Credit Markets &amp; Regulatory Policy [S]</w:t>
            </w:r>
          </w:p>
          <w:p w14:paraId="7553C61B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UMKC: </w:t>
            </w:r>
            <w:r>
              <w:rPr>
                <w:sz w:val="12"/>
              </w:rPr>
              <w:t>FIN 5552 Financial Markets and Institutions [S]</w:t>
            </w:r>
            <w:r>
              <w:t xml:space="preserve">; </w:t>
            </w:r>
            <w:r>
              <w:rPr>
                <w:sz w:val="12"/>
              </w:rPr>
              <w:t>FIN 5556 Management Of Financial Intermediaries [S]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9E40327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Emporia, Pitt State, Mizzou, Washburn</w:t>
            </w:r>
          </w:p>
        </w:tc>
      </w:tr>
      <w:tr w:rsidR="00AC46BD" w14:paraId="195E87F1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E3666C3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Finance — modeling / valuation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8111849" w14:textId="77777777" w:rsidR="00AC46BD" w:rsidRDefault="000F5FA2">
            <w:pPr>
              <w:spacing w:after="0" w:line="228" w:lineRule="auto"/>
            </w:pPr>
            <w:r>
              <w:rPr>
                <w:i/>
                <w:sz w:val="13"/>
              </w:rPr>
              <w:t>None identified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42DD935E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FIN 687 Security Valuation [S]</w:t>
            </w:r>
          </w:p>
          <w:p w14:paraId="496B57BD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SEMO: </w:t>
            </w:r>
            <w:r>
              <w:rPr>
                <w:sz w:val="12"/>
              </w:rPr>
              <w:t>FI 550 Financial Modeling [S]</w:t>
            </w:r>
          </w:p>
          <w:p w14:paraId="3611B84A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UMKC: </w:t>
            </w:r>
            <w:r>
              <w:rPr>
                <w:sz w:val="12"/>
              </w:rPr>
              <w:t>FIN 5560 Financial Modeling [S]</w:t>
            </w:r>
            <w:r>
              <w:t xml:space="preserve">; </w:t>
            </w:r>
            <w:r>
              <w:rPr>
                <w:sz w:val="12"/>
              </w:rPr>
              <w:t>FIN 5563 Valuation/Mergers and Acquisitions [S]</w:t>
            </w:r>
          </w:p>
          <w:p w14:paraId="60D7C56C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Mizzou: </w:t>
            </w:r>
            <w:r>
              <w:rPr>
                <w:sz w:val="12"/>
              </w:rPr>
              <w:t>FINANC 8312 Financial Modeling [S]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50BDB892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KU, Emporia, Pitt State, Washburn</w:t>
            </w:r>
          </w:p>
        </w:tc>
      </w:tr>
      <w:tr w:rsidR="00AC46BD" w14:paraId="79630309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5A91E64A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lastRenderedPageBreak/>
              <w:t>Finance — planning / credential preparation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A3C9880" w14:textId="77777777" w:rsidR="00AC46BD" w:rsidRDefault="000F5FA2">
            <w:pPr>
              <w:spacing w:after="0" w:line="228" w:lineRule="auto"/>
            </w:pPr>
            <w:r>
              <w:rPr>
                <w:i/>
                <w:sz w:val="13"/>
              </w:rPr>
              <w:t>None identified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1B32463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FIN 638 Introduction to Estate Planning [N]</w:t>
            </w:r>
            <w:r>
              <w:t xml:space="preserve">; </w:t>
            </w:r>
            <w:r>
              <w:rPr>
                <w:sz w:val="12"/>
              </w:rPr>
              <w:t>FIN 681 Professional Financial Planning [N]</w:t>
            </w:r>
            <w:r>
              <w:t xml:space="preserve">; </w:t>
            </w:r>
            <w:r>
              <w:rPr>
                <w:sz w:val="12"/>
              </w:rPr>
              <w:t>FIN 699 Directed Study for CFA Level I Exam [N]</w:t>
            </w:r>
            <w:r>
              <w:t xml:space="preserve">; </w:t>
            </w:r>
            <w:r>
              <w:rPr>
                <w:sz w:val="12"/>
              </w:rPr>
              <w:t>FIN 799 Directed Study for CFA Level II Exam [N]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087EB85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KU, Emporia, Pitt State, SEMO, UMKC, Mizzou, Washburn</w:t>
            </w:r>
          </w:p>
        </w:tc>
      </w:tr>
      <w:tr w:rsidR="00AC46BD" w14:paraId="7F76DB5B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678798A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Risk / insurance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36DB7F85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FIN 808 Principles of Insurance</w:t>
            </w:r>
            <w:r>
              <w:t xml:space="preserve">; </w:t>
            </w:r>
            <w:r>
              <w:rPr>
                <w:sz w:val="13"/>
              </w:rPr>
              <w:t>FIN 824 Enterprise Risk Management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1DB7E9BC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RMI 620 Risk Modeling and Analytics [S]</w:t>
            </w:r>
            <w:r>
              <w:t xml:space="preserve">; </w:t>
            </w:r>
            <w:r>
              <w:rPr>
                <w:sz w:val="12"/>
              </w:rPr>
              <w:t>RMI 630 Risk Transfer [S]</w:t>
            </w:r>
            <w:r>
              <w:t xml:space="preserve">; </w:t>
            </w:r>
            <w:r>
              <w:rPr>
                <w:sz w:val="12"/>
              </w:rPr>
              <w:t>RMI 785 Advanced Topics in Risk Management and Insurance [S]</w:t>
            </w:r>
            <w:r>
              <w:t xml:space="preserve">; </w:t>
            </w:r>
            <w:r>
              <w:rPr>
                <w:sz w:val="12"/>
              </w:rPr>
              <w:t>RMI 792 International Education Abroad in Risk Management and Insurance [S]</w:t>
            </w:r>
            <w:r>
              <w:t xml:space="preserve">; </w:t>
            </w:r>
            <w:r>
              <w:rPr>
                <w:sz w:val="12"/>
              </w:rPr>
              <w:t>RMI 795 Domestic Field Experience in Risk Management and Insurance [S]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338E91A9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Emporia, Pitt State, SEMO, UMKC, Mizzou, Washburn</w:t>
            </w:r>
          </w:p>
        </w:tc>
      </w:tr>
    </w:tbl>
    <w:p w14:paraId="0DCA1F88" w14:textId="77777777" w:rsidR="00AC46BD" w:rsidRDefault="00AC46BD">
      <w:pPr>
        <w:spacing w:after="0"/>
      </w:pPr>
    </w:p>
    <w:p w14:paraId="1E28666C" w14:textId="77777777" w:rsidR="00AC46BD" w:rsidRDefault="000F5FA2">
      <w:pPr>
        <w:pStyle w:val="Heading2"/>
      </w:pPr>
      <w:r>
        <w:t>Analytics and technology</w:t>
      </w:r>
    </w:p>
    <w:tbl>
      <w:tblPr>
        <w:tblW w:w="14112" w:type="dxa"/>
        <w:tblInd w:w="90" w:type="dxa"/>
        <w:tblBorders>
          <w:top w:val="single" w:sz="3" w:space="0" w:color="808080"/>
          <w:left w:val="single" w:sz="3" w:space="0" w:color="808080"/>
          <w:bottom w:val="single" w:sz="3" w:space="0" w:color="808080"/>
          <w:right w:val="single" w:sz="3" w:space="0" w:color="808080"/>
          <w:insideH w:val="single" w:sz="3" w:space="0" w:color="808080"/>
          <w:insideV w:val="single" w:sz="3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880"/>
        <w:gridCol w:w="7416"/>
        <w:gridCol w:w="1728"/>
      </w:tblGrid>
      <w:tr w:rsidR="00AC46BD" w14:paraId="6459FD27" w14:textId="77777777">
        <w:trPr>
          <w:cantSplit/>
          <w:tblHeader/>
        </w:trPr>
        <w:tc>
          <w:tcPr>
            <w:tcW w:w="2088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EEDF1B0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Capability</w:t>
            </w:r>
          </w:p>
        </w:tc>
        <w:tc>
          <w:tcPr>
            <w:tcW w:w="2880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95DA61B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KU course(s)</w:t>
            </w:r>
          </w:p>
        </w:tc>
        <w:tc>
          <w:tcPr>
            <w:tcW w:w="7416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8BA4A59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Peer courses and KU rating</w:t>
            </w:r>
          </w:p>
        </w:tc>
        <w:tc>
          <w:tcPr>
            <w:tcW w:w="1728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DC331CB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No course identified</w:t>
            </w:r>
          </w:p>
        </w:tc>
      </w:tr>
      <w:tr w:rsidR="00AC46BD" w14:paraId="59C45CEC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B51BB26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Analytics — artificial intelligence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398595EB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BSAN 766 AI for Business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54D52E9D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Pitt State: </w:t>
            </w:r>
            <w:r>
              <w:rPr>
                <w:sz w:val="12"/>
              </w:rPr>
              <w:t>DSIS 850 Artificial Intelligence [D]</w:t>
            </w:r>
          </w:p>
          <w:p w14:paraId="116A1980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Mizzou: </w:t>
            </w:r>
            <w:r>
              <w:rPr>
                <w:sz w:val="12"/>
              </w:rPr>
              <w:t>MANGMT 8490 Artificial Intelligence in Business [D]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E60FC86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Emporia, Mo State, SEMO, UMKC, Washburn</w:t>
            </w:r>
          </w:p>
        </w:tc>
      </w:tr>
      <w:tr w:rsidR="00AC46BD" w14:paraId="2AEADF41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5D2DA512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Analytics — business analytics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3B228D7D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BSAN 718 Introduction to Business Analytics</w:t>
            </w:r>
            <w:r>
              <w:t xml:space="preserve">; </w:t>
            </w:r>
            <w:r>
              <w:rPr>
                <w:sz w:val="13"/>
              </w:rPr>
              <w:t>BSAN 820 Business Analytics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379AC81B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Emporia: </w:t>
            </w:r>
            <w:r>
              <w:rPr>
                <w:sz w:val="12"/>
              </w:rPr>
              <w:t>IS 853 Business Analytics [D]</w:t>
            </w:r>
          </w:p>
          <w:p w14:paraId="47FB8987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ITC 681 Data Analytics for Business Decision Making [S]</w:t>
            </w:r>
          </w:p>
          <w:p w14:paraId="17D7D218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Pitt State: </w:t>
            </w:r>
            <w:r>
              <w:rPr>
                <w:sz w:val="12"/>
              </w:rPr>
              <w:t>DSIS 730 Data Analytics: Business Intelligence [S]</w:t>
            </w:r>
            <w:r>
              <w:t xml:space="preserve">; </w:t>
            </w:r>
            <w:r>
              <w:rPr>
                <w:sz w:val="12"/>
              </w:rPr>
              <w:t>DSIS 801 Topics in Data Science and Info Systems [?]</w:t>
            </w:r>
          </w:p>
          <w:p w14:paraId="4DA39239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SEMO: </w:t>
            </w:r>
            <w:r>
              <w:rPr>
                <w:sz w:val="12"/>
              </w:rPr>
              <w:t>MA 610 Introduction to Data Science [P]</w:t>
            </w:r>
            <w:r>
              <w:t xml:space="preserve">; </w:t>
            </w:r>
            <w:r>
              <w:rPr>
                <w:sz w:val="12"/>
              </w:rPr>
              <w:t>MA 685 Projects and Practice of Data Science [P]</w:t>
            </w:r>
          </w:p>
          <w:p w14:paraId="172D74B1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UMKC: </w:t>
            </w:r>
            <w:r>
              <w:rPr>
                <w:sz w:val="12"/>
              </w:rPr>
              <w:t>DSOM 5509 Business Analytics Residency [D]</w:t>
            </w:r>
          </w:p>
          <w:p w14:paraId="45E277ED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Mizzou: </w:t>
            </w:r>
            <w:r>
              <w:rPr>
                <w:sz w:val="12"/>
              </w:rPr>
              <w:t>MANGMT 7450 Business Analytics [D]</w:t>
            </w:r>
            <w:r>
              <w:t xml:space="preserve">; </w:t>
            </w:r>
            <w:r>
              <w:rPr>
                <w:sz w:val="12"/>
              </w:rPr>
              <w:t>MANGMT 7500 Introduction to Programming and Data Science with Python [N]</w:t>
            </w:r>
            <w:r>
              <w:t xml:space="preserve">; </w:t>
            </w:r>
            <w:r>
              <w:rPr>
                <w:sz w:val="12"/>
              </w:rPr>
              <w:t>MRKTNG 8630 Business Analytics and Data-Driven Decision-Making [S]</w:t>
            </w:r>
          </w:p>
          <w:p w14:paraId="1C1F9FD5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Washburn: </w:t>
            </w:r>
            <w:r>
              <w:rPr>
                <w:sz w:val="12"/>
              </w:rPr>
              <w:t>BU 685 Business Intelligence Systems [S]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44374F7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None</w:t>
            </w:r>
          </w:p>
        </w:tc>
      </w:tr>
      <w:tr w:rsidR="00AC46BD" w14:paraId="491A19E3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F838AF2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Analytics — data management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44762095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BSAN 727 Enterprise Data Management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2CCD697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ITC 628 Database-driven Enterprise Solutions with AI [S]</w:t>
            </w:r>
            <w:r>
              <w:t xml:space="preserve">; </w:t>
            </w:r>
            <w:r>
              <w:rPr>
                <w:sz w:val="12"/>
              </w:rPr>
              <w:t>ITC 645 Data Infrastructure for Data Analytics [S]</w:t>
            </w:r>
          </w:p>
          <w:p w14:paraId="075105E6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Pitt State: </w:t>
            </w:r>
            <w:r>
              <w:rPr>
                <w:sz w:val="12"/>
              </w:rPr>
              <w:t>DSIS 812 Database Management [S]</w:t>
            </w:r>
          </w:p>
          <w:p w14:paraId="4A5BEE05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UMKC: </w:t>
            </w:r>
            <w:r>
              <w:rPr>
                <w:sz w:val="12"/>
              </w:rPr>
              <w:t>MIS 5552 Data Base Management [S]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43C71FC1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Emporia, SEMO, Mizzou, Washburn</w:t>
            </w:r>
          </w:p>
        </w:tc>
      </w:tr>
      <w:tr w:rsidR="00AC46BD" w14:paraId="33ACDE0B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95FED17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Analytics — machine learning / predictive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401733BE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BSAN 751 Foundations of Machine Learning and AI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5528D631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ITC 735 Neural Networks for Machine Learning [S]</w:t>
            </w:r>
          </w:p>
          <w:p w14:paraId="1AADEB4C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Pitt State: </w:t>
            </w:r>
            <w:r>
              <w:rPr>
                <w:sz w:val="12"/>
              </w:rPr>
              <w:t>DSIS 750 Data Mining [S]</w:t>
            </w:r>
            <w:r>
              <w:t xml:space="preserve">; </w:t>
            </w:r>
            <w:r>
              <w:rPr>
                <w:sz w:val="12"/>
              </w:rPr>
              <w:t>DSIS 813 Predictive Analytics [S]</w:t>
            </w:r>
          </w:p>
          <w:p w14:paraId="1D287FC1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Mizzou: </w:t>
            </w:r>
            <w:r>
              <w:rPr>
                <w:sz w:val="12"/>
              </w:rPr>
              <w:t>MRKTNG 8635 Advanced Business Analytics and Machine Learning [S]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35B9CAFB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Emporia, SEMO, UMKC, Washburn</w:t>
            </w:r>
          </w:p>
        </w:tc>
      </w:tr>
      <w:tr w:rsidR="00AC46BD" w14:paraId="1E98CA4B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9CF2431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Analytics — optimization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AAC1742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BSAN 741 Optimization and Prescriptive Analytics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705264D" w14:textId="77777777" w:rsidR="00AC46BD" w:rsidRDefault="000F5FA2">
            <w:r>
              <w:rPr>
                <w:i/>
                <w:sz w:val="12"/>
              </w:rPr>
              <w:t>None identified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4B9B4452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Emporia, Mo State, Pitt State, SEMO, UMKC, Mizzou, Washburn</w:t>
            </w:r>
          </w:p>
        </w:tc>
      </w:tr>
      <w:tr w:rsidR="00AC46BD" w14:paraId="459E09BE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695642E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Analytics — statistics / research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C3116C0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BSAN 706 Statistics</w:t>
            </w:r>
            <w:r>
              <w:t xml:space="preserve">; </w:t>
            </w:r>
            <w:r>
              <w:rPr>
                <w:sz w:val="13"/>
              </w:rPr>
              <w:t>BSAN 711 Statistical Modeling</w:t>
            </w:r>
            <w:r>
              <w:t xml:space="preserve">; </w:t>
            </w:r>
            <w:r>
              <w:rPr>
                <w:sz w:val="13"/>
              </w:rPr>
              <w:t>BSAN 810 Statistics and Decision Tools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524275A7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Emporia: </w:t>
            </w:r>
            <w:r>
              <w:rPr>
                <w:sz w:val="12"/>
              </w:rPr>
              <w:t>BU 820 Quantitative Analysis for Business Decisions [S]</w:t>
            </w:r>
          </w:p>
          <w:p w14:paraId="5AA86075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QBA 775 Quantitative Methods in Business Decision Making [S]</w:t>
            </w:r>
          </w:p>
          <w:p w14:paraId="08894BB6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Pitt State: </w:t>
            </w:r>
            <w:r>
              <w:rPr>
                <w:sz w:val="12"/>
              </w:rPr>
              <w:t>MGT 826 Quantitative Business Analysis [S]</w:t>
            </w:r>
          </w:p>
          <w:p w14:paraId="162A4B7A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SEMO: </w:t>
            </w:r>
            <w:r>
              <w:rPr>
                <w:sz w:val="12"/>
              </w:rPr>
              <w:t>BA 620 Business Research Methods [S]</w:t>
            </w:r>
            <w:r>
              <w:t xml:space="preserve">; </w:t>
            </w:r>
            <w:r>
              <w:rPr>
                <w:sz w:val="12"/>
              </w:rPr>
              <w:t>MA 625 Applied Regression Analysis [S]</w:t>
            </w:r>
          </w:p>
          <w:p w14:paraId="6F9E504C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Mizzou: </w:t>
            </w:r>
            <w:r>
              <w:rPr>
                <w:sz w:val="12"/>
              </w:rPr>
              <w:t>ISE 8110 Design and Analysis of Engineering Experiments [P]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77B70AB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UMKC, Washburn</w:t>
            </w:r>
          </w:p>
        </w:tc>
      </w:tr>
      <w:tr w:rsidR="00AC46BD" w14:paraId="2B8813A7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5AE88BA6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Analytics — visualization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642400A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BSAN 721 Data and Visual Analytics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569F8637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ITC 655 Data Visualization [D]</w:t>
            </w:r>
          </w:p>
          <w:p w14:paraId="40ECC9DE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Pitt State: </w:t>
            </w:r>
            <w:r>
              <w:rPr>
                <w:sz w:val="12"/>
              </w:rPr>
              <w:t>DSIS 811 Data Visualization [D]</w:t>
            </w:r>
          </w:p>
          <w:p w14:paraId="570913FA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Mizzou: </w:t>
            </w:r>
            <w:r>
              <w:rPr>
                <w:sz w:val="12"/>
              </w:rPr>
              <w:t>MRKTNG 8640 Data Visualization and Communication [D]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12503EDB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Emporia, SEMO, UMKC, Washburn</w:t>
            </w:r>
          </w:p>
        </w:tc>
      </w:tr>
      <w:tr w:rsidR="00AC46BD" w14:paraId="2712BDE4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1E66BB12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Technology — cybersecurity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6236D5D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BSAN 768 Cybersecurity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8278217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Emporia: </w:t>
            </w:r>
            <w:r>
              <w:rPr>
                <w:sz w:val="12"/>
              </w:rPr>
              <w:t>CY 810 Cybersecurity Governance and Strategic Compliance [S]</w:t>
            </w:r>
            <w:r>
              <w:t xml:space="preserve">; </w:t>
            </w:r>
            <w:r>
              <w:rPr>
                <w:sz w:val="12"/>
              </w:rPr>
              <w:t>CY 820 Cybersecurity Strategic Risk and Incident Management [S]</w:t>
            </w:r>
            <w:r>
              <w:t xml:space="preserve">; </w:t>
            </w:r>
            <w:r>
              <w:rPr>
                <w:sz w:val="12"/>
              </w:rPr>
              <w:t>CY 830 Cyber Defense Leadership [S]</w:t>
            </w:r>
          </w:p>
          <w:p w14:paraId="1EB6AF7B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ITC 663 Telecommunications and Network Security [N]</w:t>
            </w:r>
            <w:r>
              <w:t xml:space="preserve">; </w:t>
            </w:r>
            <w:r>
              <w:rPr>
                <w:sz w:val="12"/>
              </w:rPr>
              <w:t>ITC 664 Ethical Hacking and Incident Response [N]</w:t>
            </w:r>
            <w:r>
              <w:t xml:space="preserve">; </w:t>
            </w:r>
            <w:r>
              <w:rPr>
                <w:sz w:val="12"/>
              </w:rPr>
              <w:t>ITC 748 Principles of Information Security [S]</w:t>
            </w:r>
            <w:r>
              <w:t xml:space="preserve">; </w:t>
            </w:r>
            <w:r>
              <w:rPr>
                <w:sz w:val="12"/>
              </w:rPr>
              <w:t>ITC 760 Foundations of Cybersecurity [S]</w:t>
            </w:r>
            <w:r>
              <w:t xml:space="preserve">; </w:t>
            </w:r>
            <w:r>
              <w:rPr>
                <w:sz w:val="12"/>
              </w:rPr>
              <w:t>ITC 762 Legal Issues in Cybersecurity [S]</w:t>
            </w:r>
            <w:r>
              <w:t xml:space="preserve">; </w:t>
            </w:r>
            <w:r>
              <w:rPr>
                <w:sz w:val="12"/>
              </w:rPr>
              <w:t>ITC 766 Web Application Security [N]</w:t>
            </w:r>
            <w:r>
              <w:t xml:space="preserve">; </w:t>
            </w:r>
            <w:r>
              <w:rPr>
                <w:sz w:val="12"/>
              </w:rPr>
              <w:t>ITC 767 Management of Information Security [S]</w:t>
            </w:r>
            <w:r>
              <w:t xml:space="preserve">; </w:t>
            </w:r>
            <w:r>
              <w:rPr>
                <w:sz w:val="12"/>
              </w:rPr>
              <w:t>ITC 794 Internship: Information Technology and Cybersecurity [S]</w:t>
            </w:r>
            <w:r>
              <w:t xml:space="preserve">; </w:t>
            </w:r>
            <w:r>
              <w:rPr>
                <w:sz w:val="12"/>
              </w:rPr>
              <w:t>ITC 796 Independent Study–Information Technology and Cybersecurity [S]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176D693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Pitt State, SEMO, UMKC, Mizzou, Washburn</w:t>
            </w:r>
          </w:p>
        </w:tc>
      </w:tr>
      <w:tr w:rsidR="00AC46BD" w14:paraId="777CD74C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150B8A4E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Technology — information systems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6C587D5" w14:textId="77777777" w:rsidR="00AC46BD" w:rsidRDefault="000F5FA2">
            <w:pPr>
              <w:spacing w:after="0" w:line="228" w:lineRule="auto"/>
            </w:pPr>
            <w:r>
              <w:rPr>
                <w:i/>
                <w:sz w:val="13"/>
              </w:rPr>
              <w:t>None identified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12F8EABF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Emporia: </w:t>
            </w:r>
            <w:r>
              <w:rPr>
                <w:sz w:val="12"/>
              </w:rPr>
              <w:t>IS 823 Systems Analysis and Design [N]</w:t>
            </w:r>
            <w:r>
              <w:t xml:space="preserve">; </w:t>
            </w:r>
            <w:r>
              <w:rPr>
                <w:sz w:val="12"/>
              </w:rPr>
              <w:t>IS 863 Enterprise Resource Planning Foundations [S]</w:t>
            </w:r>
            <w:r>
              <w:t xml:space="preserve">; </w:t>
            </w:r>
            <w:r>
              <w:rPr>
                <w:sz w:val="12"/>
              </w:rPr>
              <w:t>IS 873 Information Systems for Managerial Decision Making [P]</w:t>
            </w:r>
          </w:p>
          <w:p w14:paraId="7252584E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ITC 683 Cloud Computing [N]</w:t>
            </w:r>
            <w:r>
              <w:t xml:space="preserve">; </w:t>
            </w:r>
            <w:r>
              <w:rPr>
                <w:sz w:val="12"/>
              </w:rPr>
              <w:t>ITC 720 Project Management in Information Systems [S]</w:t>
            </w:r>
            <w:r>
              <w:t xml:space="preserve">; </w:t>
            </w:r>
            <w:r>
              <w:rPr>
                <w:sz w:val="12"/>
              </w:rPr>
              <w:t>ITC 761 Management Information Systems [P]</w:t>
            </w:r>
            <w:r>
              <w:t xml:space="preserve">; </w:t>
            </w:r>
            <w:r>
              <w:rPr>
                <w:sz w:val="12"/>
              </w:rPr>
              <w:t>ITC 790 Seminar in Management Information Systems [P]</w:t>
            </w:r>
            <w:r>
              <w:t xml:space="preserve">; </w:t>
            </w:r>
            <w:r>
              <w:rPr>
                <w:sz w:val="12"/>
              </w:rPr>
              <w:t>ITC 797 Special Topics [?]</w:t>
            </w:r>
          </w:p>
          <w:p w14:paraId="5C12AE02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SEMO: </w:t>
            </w:r>
            <w:r>
              <w:rPr>
                <w:sz w:val="12"/>
              </w:rPr>
              <w:t>BA 630 Integrated Decision Information Systems [P]</w:t>
            </w:r>
          </w:p>
          <w:p w14:paraId="53AA5E5D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UMKC: </w:t>
            </w:r>
            <w:r>
              <w:rPr>
                <w:sz w:val="12"/>
              </w:rPr>
              <w:t>MGT 5581 Current Issues in Management with Technology [?]</w:t>
            </w:r>
          </w:p>
          <w:p w14:paraId="49F2F53E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Washburn: </w:t>
            </w:r>
            <w:r>
              <w:rPr>
                <w:sz w:val="12"/>
              </w:rPr>
              <w:t>BU 656 Computer-Based Information Systems [P]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8B7351A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KU, Pitt State, Mizzou</w:t>
            </w:r>
          </w:p>
        </w:tc>
      </w:tr>
    </w:tbl>
    <w:p w14:paraId="0B5C68F0" w14:textId="77777777" w:rsidR="00AC46BD" w:rsidRDefault="00AC46BD">
      <w:pPr>
        <w:spacing w:after="0"/>
      </w:pPr>
    </w:p>
    <w:p w14:paraId="73326912" w14:textId="77777777" w:rsidR="00AC46BD" w:rsidRDefault="000F5FA2">
      <w:pPr>
        <w:pStyle w:val="Heading2"/>
      </w:pPr>
      <w:r>
        <w:lastRenderedPageBreak/>
        <w:t>Operations and projects</w:t>
      </w:r>
    </w:p>
    <w:tbl>
      <w:tblPr>
        <w:tblW w:w="14112" w:type="dxa"/>
        <w:tblInd w:w="90" w:type="dxa"/>
        <w:tblBorders>
          <w:top w:val="single" w:sz="3" w:space="0" w:color="808080"/>
          <w:left w:val="single" w:sz="3" w:space="0" w:color="808080"/>
          <w:bottom w:val="single" w:sz="3" w:space="0" w:color="808080"/>
          <w:right w:val="single" w:sz="3" w:space="0" w:color="808080"/>
          <w:insideH w:val="single" w:sz="3" w:space="0" w:color="808080"/>
          <w:insideV w:val="single" w:sz="3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880"/>
        <w:gridCol w:w="7416"/>
        <w:gridCol w:w="1728"/>
      </w:tblGrid>
      <w:tr w:rsidR="00AC46BD" w14:paraId="63F5EA40" w14:textId="77777777">
        <w:trPr>
          <w:cantSplit/>
          <w:tblHeader/>
        </w:trPr>
        <w:tc>
          <w:tcPr>
            <w:tcW w:w="2088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FF5C5FB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Capability</w:t>
            </w:r>
          </w:p>
        </w:tc>
        <w:tc>
          <w:tcPr>
            <w:tcW w:w="2880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2B92458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KU course(s)</w:t>
            </w:r>
          </w:p>
        </w:tc>
        <w:tc>
          <w:tcPr>
            <w:tcW w:w="7416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3B42F0A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Peer courses and KU rating</w:t>
            </w:r>
          </w:p>
        </w:tc>
        <w:tc>
          <w:tcPr>
            <w:tcW w:w="1728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27D8220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No course identified</w:t>
            </w:r>
          </w:p>
        </w:tc>
      </w:tr>
      <w:tr w:rsidR="00AC46BD" w14:paraId="6896118E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C289747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Operations / supply chain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C406C8F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SCM 701 Introduction to Supply Chain Management</w:t>
            </w:r>
            <w:r>
              <w:t xml:space="preserve">; </w:t>
            </w:r>
            <w:r>
              <w:rPr>
                <w:sz w:val="13"/>
              </w:rPr>
              <w:t>SCM 710 Capstone in Supply Chain Management</w:t>
            </w:r>
            <w:r>
              <w:t xml:space="preserve">; </w:t>
            </w:r>
            <w:r>
              <w:rPr>
                <w:sz w:val="13"/>
              </w:rPr>
              <w:t>SCM 718 Operations and Supply Chain Management</w:t>
            </w:r>
            <w:r>
              <w:t xml:space="preserve">; </w:t>
            </w:r>
            <w:r>
              <w:rPr>
                <w:sz w:val="13"/>
              </w:rPr>
              <w:t>SCM 820 Operations and Supply Chain Management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E91AE32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MKT 740 Supply Chain Models and Systems [S]</w:t>
            </w:r>
            <w:r>
              <w:t xml:space="preserve">; </w:t>
            </w:r>
            <w:r>
              <w:rPr>
                <w:sz w:val="12"/>
              </w:rPr>
              <w:t>MKT 764 Global Supply Chain Management [S]</w:t>
            </w:r>
            <w:r>
              <w:t xml:space="preserve">; </w:t>
            </w:r>
            <w:r>
              <w:rPr>
                <w:sz w:val="12"/>
              </w:rPr>
              <w:t>TCM 703 Project Risk and Quality Management [P]</w:t>
            </w:r>
          </w:p>
          <w:p w14:paraId="35D4A4EF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Pitt State: </w:t>
            </w:r>
            <w:r>
              <w:rPr>
                <w:sz w:val="12"/>
              </w:rPr>
              <w:t>ETECH 804 Quality: Management and Control [P]</w:t>
            </w:r>
            <w:r>
              <w:t xml:space="preserve">; </w:t>
            </w:r>
            <w:r>
              <w:rPr>
                <w:sz w:val="12"/>
              </w:rPr>
              <w:t>ETECH 831 Value Engineering [N]</w:t>
            </w:r>
            <w:r>
              <w:t xml:space="preserve">; </w:t>
            </w:r>
            <w:r>
              <w:rPr>
                <w:sz w:val="12"/>
              </w:rPr>
              <w:t>MGT 510 Operations Management [S]</w:t>
            </w:r>
            <w:r>
              <w:t xml:space="preserve">; </w:t>
            </w:r>
            <w:r>
              <w:rPr>
                <w:sz w:val="12"/>
              </w:rPr>
              <w:t>MGT 850 Supply Chain Management [S]</w:t>
            </w:r>
            <w:r>
              <w:t xml:space="preserve">; </w:t>
            </w:r>
            <w:r>
              <w:rPr>
                <w:sz w:val="12"/>
              </w:rPr>
              <w:t>TE 841 Production Technology: Manufacturing [N]</w:t>
            </w:r>
          </w:p>
          <w:p w14:paraId="39C82689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Mizzou: </w:t>
            </w:r>
            <w:r>
              <w:rPr>
                <w:sz w:val="12"/>
              </w:rPr>
              <w:t>MANGMT 7430 Operations and Supply Chain Strategy [D]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4E7B3B12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Emporia, SEMO, UMKC, Washburn</w:t>
            </w:r>
          </w:p>
        </w:tc>
      </w:tr>
      <w:tr w:rsidR="00AC46BD" w14:paraId="741A926F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02C63A1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Operations — logistics / transportation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1F6F8AC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SCM 703 Transportation, Logistics Systems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1AAEA884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MKT 730 Logistics and Transportation [D]</w:t>
            </w:r>
          </w:p>
          <w:p w14:paraId="3983951D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SEMO: </w:t>
            </w:r>
            <w:r>
              <w:rPr>
                <w:sz w:val="12"/>
              </w:rPr>
              <w:t>BA 550 Global Logistics [D]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7FC461E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Emporia, Pitt State, UMKC, Mizzou, Washburn</w:t>
            </w:r>
          </w:p>
        </w:tc>
      </w:tr>
      <w:tr w:rsidR="00AC46BD" w14:paraId="2EBC5148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3A70AC9A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Operations — procurement / sourcing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F9A6897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SCM 702 Procurement and Supplier Management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31AB17C3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UMKC: </w:t>
            </w:r>
            <w:r>
              <w:rPr>
                <w:sz w:val="12"/>
              </w:rPr>
              <w:t>DSOM 5545 Strategic Sourcing &amp; Supplier Relationship Management [D]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BBB6271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Emporia, Mo State, Pitt State, SEMO, Mizzou, Washburn</w:t>
            </w:r>
          </w:p>
        </w:tc>
      </w:tr>
      <w:tr w:rsidR="00AC46BD" w14:paraId="6084E92E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98714E5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Project management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1E395196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MGMT 755 Project Management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17FBAA68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Emporia: </w:t>
            </w:r>
            <w:r>
              <w:rPr>
                <w:sz w:val="12"/>
              </w:rPr>
              <w:t>IS 813 Information Technology Project Management [S]</w:t>
            </w:r>
          </w:p>
          <w:p w14:paraId="2CC51320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TCM 701 Foundations of Project Management [S]</w:t>
            </w:r>
            <w:r>
              <w:t xml:space="preserve">; </w:t>
            </w:r>
            <w:r>
              <w:rPr>
                <w:sz w:val="12"/>
              </w:rPr>
              <w:t>TCM 720 Project Management Training [D]</w:t>
            </w:r>
            <w:r>
              <w:t xml:space="preserve">; </w:t>
            </w:r>
            <w:r>
              <w:rPr>
                <w:sz w:val="12"/>
              </w:rPr>
              <w:t>TCM 740 Agile Management of Innovation and Technology Seminar [S]</w:t>
            </w:r>
            <w:r>
              <w:t xml:space="preserve">; </w:t>
            </w:r>
            <w:r>
              <w:rPr>
                <w:sz w:val="12"/>
              </w:rPr>
              <w:t>TCM 750 Project Management Capstone [D]</w:t>
            </w:r>
          </w:p>
          <w:p w14:paraId="1F7B8712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UMKC: </w:t>
            </w:r>
            <w:r>
              <w:rPr>
                <w:sz w:val="12"/>
              </w:rPr>
              <w:t>DSOM 5543 Project Management [D]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0F98C36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Pitt State, SEMO, Mizzou, Washburn</w:t>
            </w:r>
          </w:p>
        </w:tc>
      </w:tr>
    </w:tbl>
    <w:p w14:paraId="65F26353" w14:textId="77777777" w:rsidR="00AC46BD" w:rsidRDefault="00AC46BD">
      <w:pPr>
        <w:spacing w:after="0"/>
      </w:pPr>
    </w:p>
    <w:p w14:paraId="1ED94A49" w14:textId="77777777" w:rsidR="00AC46BD" w:rsidRDefault="000F5FA2">
      <w:pPr>
        <w:pStyle w:val="Heading2"/>
      </w:pPr>
      <w:r>
        <w:t>Marketing</w:t>
      </w:r>
    </w:p>
    <w:tbl>
      <w:tblPr>
        <w:tblW w:w="14112" w:type="dxa"/>
        <w:tblInd w:w="90" w:type="dxa"/>
        <w:tblBorders>
          <w:top w:val="single" w:sz="3" w:space="0" w:color="808080"/>
          <w:left w:val="single" w:sz="3" w:space="0" w:color="808080"/>
          <w:bottom w:val="single" w:sz="3" w:space="0" w:color="808080"/>
          <w:right w:val="single" w:sz="3" w:space="0" w:color="808080"/>
          <w:insideH w:val="single" w:sz="3" w:space="0" w:color="808080"/>
          <w:insideV w:val="single" w:sz="3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880"/>
        <w:gridCol w:w="7416"/>
        <w:gridCol w:w="1728"/>
      </w:tblGrid>
      <w:tr w:rsidR="00AC46BD" w14:paraId="3464108E" w14:textId="77777777">
        <w:trPr>
          <w:cantSplit/>
          <w:tblHeader/>
        </w:trPr>
        <w:tc>
          <w:tcPr>
            <w:tcW w:w="2088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10391E9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Capability</w:t>
            </w:r>
          </w:p>
        </w:tc>
        <w:tc>
          <w:tcPr>
            <w:tcW w:w="2880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10164BF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KU course(s)</w:t>
            </w:r>
          </w:p>
        </w:tc>
        <w:tc>
          <w:tcPr>
            <w:tcW w:w="7416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D82C9B4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Peer courses and KU rating</w:t>
            </w:r>
          </w:p>
        </w:tc>
        <w:tc>
          <w:tcPr>
            <w:tcW w:w="1728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D80E1D2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No course identified</w:t>
            </w:r>
          </w:p>
        </w:tc>
      </w:tr>
      <w:tr w:rsidR="00AC46BD" w14:paraId="64BB05B4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DDBD433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Marketing — analytics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568A6B4" w14:textId="77777777" w:rsidR="00AC46BD" w:rsidRDefault="000F5FA2">
            <w:pPr>
              <w:spacing w:after="0" w:line="228" w:lineRule="auto"/>
            </w:pPr>
            <w:r>
              <w:rPr>
                <w:i/>
                <w:sz w:val="13"/>
              </w:rPr>
              <w:t>None identified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4AD04319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Emporia: </w:t>
            </w:r>
            <w:r>
              <w:rPr>
                <w:sz w:val="12"/>
              </w:rPr>
              <w:t>MK 810 Marketing Analytics [S]</w:t>
            </w:r>
          </w:p>
          <w:p w14:paraId="32AAEBBA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MKT 670 Marketing Analytics [S]</w:t>
            </w:r>
          </w:p>
          <w:p w14:paraId="622209A6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Pitt State: </w:t>
            </w:r>
            <w:r>
              <w:rPr>
                <w:sz w:val="12"/>
              </w:rPr>
              <w:t>MKTG 810 Consumer Analytics [S]</w:t>
            </w:r>
          </w:p>
          <w:p w14:paraId="4ED8FF4B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Mizzou: </w:t>
            </w:r>
            <w:r>
              <w:rPr>
                <w:sz w:val="12"/>
              </w:rPr>
              <w:t>MRKTNG 8645 Marketing Analytics [S]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5C6BFDA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KU, SEMO, UMKC, Washburn</w:t>
            </w:r>
          </w:p>
        </w:tc>
      </w:tr>
      <w:tr w:rsidR="00AC46BD" w14:paraId="64B9B7A7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5D6BFCD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Marketing — brand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4A890D83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MKTG 748 Managing Brands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6D845F7" w14:textId="77777777" w:rsidR="00AC46BD" w:rsidRDefault="000F5FA2">
            <w:r>
              <w:rPr>
                <w:i/>
                <w:sz w:val="12"/>
              </w:rPr>
              <w:t>None identified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3200D35F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Emporia, Mo State, Pitt State, SEMO, UMKC, Mizzou, Washburn</w:t>
            </w:r>
          </w:p>
        </w:tc>
      </w:tr>
      <w:tr w:rsidR="00AC46BD" w14:paraId="132E7C70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43C78132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Marketing — communications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57B43AD9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MKTG 752 Integrated Marketing Communications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38426EF3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MKT 615 Contemporary Issues in Advertising/Promotion [S]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7A72B21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Emporia, Pitt State, SEMO, UMKC, Mizzou, Washburn</w:t>
            </w:r>
          </w:p>
        </w:tc>
      </w:tr>
      <w:tr w:rsidR="00AC46BD" w14:paraId="4F3D258C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9689A4B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Marketing — core / strategy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3CF425A2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ENTR 753 Entrepreneurial Marketing</w:t>
            </w:r>
            <w:r>
              <w:t xml:space="preserve">; </w:t>
            </w:r>
            <w:r>
              <w:rPr>
                <w:sz w:val="13"/>
              </w:rPr>
              <w:t>MKTG 706 Marketing</w:t>
            </w:r>
            <w:r>
              <w:t xml:space="preserve">; </w:t>
            </w:r>
            <w:r>
              <w:rPr>
                <w:sz w:val="13"/>
              </w:rPr>
              <w:t>MKTG 810 Marketing Management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D549163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Emporia: </w:t>
            </w:r>
            <w:r>
              <w:rPr>
                <w:sz w:val="12"/>
              </w:rPr>
              <w:t>MK 864 Marketing Strategy [S]</w:t>
            </w:r>
          </w:p>
          <w:p w14:paraId="305A857E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MKT 770 Catalog-listed seminar option; the 2026–2027 catalog does not provide an active course title under this number, so advisor confirmation is required [?]</w:t>
            </w:r>
            <w:r>
              <w:t xml:space="preserve">; </w:t>
            </w:r>
            <w:r>
              <w:rPr>
                <w:sz w:val="12"/>
              </w:rPr>
              <w:t>MKT 772 Marketing Management [D]</w:t>
            </w:r>
            <w:r>
              <w:t xml:space="preserve">; </w:t>
            </w:r>
            <w:r>
              <w:rPr>
                <w:sz w:val="12"/>
              </w:rPr>
              <w:t>MKT 790 Seminar in Marketing [P]</w:t>
            </w:r>
          </w:p>
          <w:p w14:paraId="1BBFF649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Pitt State: </w:t>
            </w:r>
            <w:r>
              <w:rPr>
                <w:sz w:val="12"/>
              </w:rPr>
              <w:t>MKTG 330 Principles of Marketing [S]</w:t>
            </w:r>
            <w:r>
              <w:t xml:space="preserve">; </w:t>
            </w:r>
            <w:r>
              <w:rPr>
                <w:sz w:val="12"/>
              </w:rPr>
              <w:t>MKTG 805 Marketing and Sports [P]</w:t>
            </w:r>
            <w:r>
              <w:t xml:space="preserve">; </w:t>
            </w:r>
            <w:r>
              <w:rPr>
                <w:sz w:val="12"/>
              </w:rPr>
              <w:t>MKTG 820 Internship in Marketing [S]</w:t>
            </w:r>
            <w:r>
              <w:t xml:space="preserve">; </w:t>
            </w:r>
            <w:r>
              <w:rPr>
                <w:sz w:val="12"/>
              </w:rPr>
              <w:t>MKTG 821 Topics in Marketing [P]</w:t>
            </w:r>
            <w:r>
              <w:t xml:space="preserve">; </w:t>
            </w:r>
            <w:r>
              <w:rPr>
                <w:sz w:val="12"/>
              </w:rPr>
              <w:t>MKTG 839 Marketing Strategy [S]</w:t>
            </w:r>
          </w:p>
          <w:p w14:paraId="2E581B3F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SEMO: </w:t>
            </w:r>
            <w:r>
              <w:rPr>
                <w:sz w:val="12"/>
              </w:rPr>
              <w:t>BA 651 Strategic Marketing [S]</w:t>
            </w:r>
          </w:p>
          <w:p w14:paraId="051A19BB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UMKC: </w:t>
            </w:r>
            <w:r>
              <w:rPr>
                <w:sz w:val="12"/>
              </w:rPr>
              <w:t>MKT 5565 Marketing Management [D]</w:t>
            </w:r>
          </w:p>
          <w:p w14:paraId="5559C63E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Mizzou: </w:t>
            </w:r>
            <w:r>
              <w:rPr>
                <w:sz w:val="12"/>
              </w:rPr>
              <w:t>MRKTNG 8460 Managerial Marketing [S]</w:t>
            </w:r>
            <w:r>
              <w:t xml:space="preserve">; </w:t>
            </w:r>
            <w:r>
              <w:rPr>
                <w:sz w:val="12"/>
              </w:rPr>
              <w:t>MRKTNG 8470 Advanced Marketing Management [D]</w:t>
            </w:r>
          </w:p>
          <w:p w14:paraId="701711E9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Washburn: </w:t>
            </w:r>
            <w:r>
              <w:rPr>
                <w:sz w:val="12"/>
              </w:rPr>
              <w:t>BU 657 Strategic Marketing Management [D]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40170C3C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None</w:t>
            </w:r>
          </w:p>
        </w:tc>
      </w:tr>
      <w:tr w:rsidR="00AC46BD" w14:paraId="68C90016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7D65E32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Marketing — customer / consumer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5E8AB68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MKTG 765 Customer Relationship Management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A04AFBC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Emporia: </w:t>
            </w:r>
            <w:r>
              <w:rPr>
                <w:sz w:val="12"/>
              </w:rPr>
              <w:t>MK 851 Consumer Behavior [S]</w:t>
            </w:r>
          </w:p>
          <w:p w14:paraId="20D6C259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UMKC: </w:t>
            </w:r>
            <w:r>
              <w:rPr>
                <w:sz w:val="12"/>
              </w:rPr>
              <w:t>MKT 5560 Customer Insights and Communication Strategy [S]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9EA9E55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Mo State, Pitt State, SEMO, Mizzou, Washburn</w:t>
            </w:r>
          </w:p>
        </w:tc>
      </w:tr>
      <w:tr w:rsidR="00AC46BD" w14:paraId="75CD4B6B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2154AB3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Marketing — digital / social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5DF6E6D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MKTG 754 Digital and Social Media Marketing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79C0452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Emporia: </w:t>
            </w:r>
            <w:r>
              <w:rPr>
                <w:sz w:val="12"/>
              </w:rPr>
              <w:t>MK 830 Digital Marketing [D]</w:t>
            </w:r>
          </w:p>
          <w:p w14:paraId="675E9B85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MKT 610 Digital and Social Media Marketing [D]</w:t>
            </w:r>
          </w:p>
          <w:p w14:paraId="3381186E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UMKC: </w:t>
            </w:r>
            <w:r>
              <w:rPr>
                <w:sz w:val="12"/>
              </w:rPr>
              <w:t>MKT 5539 E-Commerce and Digital Marketing Strategy [D]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A930900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Pitt State, SEMO, Mizzou, Washburn</w:t>
            </w:r>
          </w:p>
        </w:tc>
      </w:tr>
      <w:tr w:rsidR="00AC46BD" w14:paraId="72CE6B80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5FD342D4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Marketing — global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46B79BB4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MKTG 753 Global Marketing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CDD1652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MKT 774 International Marketing [D]</w:t>
            </w:r>
          </w:p>
          <w:p w14:paraId="18ADF7AC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SEMO: </w:t>
            </w:r>
            <w:r>
              <w:rPr>
                <w:sz w:val="12"/>
              </w:rPr>
              <w:t>MK 560 International Marketing [D]</w:t>
            </w:r>
          </w:p>
          <w:p w14:paraId="65033795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UMKC: </w:t>
            </w:r>
            <w:r>
              <w:rPr>
                <w:sz w:val="12"/>
              </w:rPr>
              <w:t>MKT 5555 International Marketing [D]</w:t>
            </w:r>
          </w:p>
          <w:p w14:paraId="47782E83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Washburn: </w:t>
            </w:r>
            <w:r>
              <w:rPr>
                <w:sz w:val="12"/>
              </w:rPr>
              <w:t>BU 678 International Marketing [D]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89D3A31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Emporia, Pitt State, Mizzou</w:t>
            </w:r>
          </w:p>
        </w:tc>
      </w:tr>
      <w:tr w:rsidR="00AC46BD" w14:paraId="178C85A3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3FEF772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Marketing — sales / B2B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1767CA7A" w14:textId="77777777" w:rsidR="00AC46BD" w:rsidRDefault="000F5FA2">
            <w:pPr>
              <w:spacing w:after="0" w:line="228" w:lineRule="auto"/>
            </w:pPr>
            <w:r>
              <w:rPr>
                <w:i/>
                <w:sz w:val="13"/>
              </w:rPr>
              <w:t>None identified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3CF59C1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Pitt State: </w:t>
            </w:r>
            <w:r>
              <w:rPr>
                <w:sz w:val="12"/>
              </w:rPr>
              <w:t>MKTG 815 Business-to-Business Marketing [P]</w:t>
            </w:r>
          </w:p>
          <w:p w14:paraId="44B2F3C4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UMKC: </w:t>
            </w:r>
            <w:r>
              <w:rPr>
                <w:sz w:val="12"/>
              </w:rPr>
              <w:t>MKT 5520 Sales and Business Development [N]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03E77F4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KU, Emporia, Mo State, SEMO, Mizzou, Washburn</w:t>
            </w:r>
          </w:p>
        </w:tc>
      </w:tr>
    </w:tbl>
    <w:p w14:paraId="04EF8853" w14:textId="77777777" w:rsidR="00AC46BD" w:rsidRDefault="00AC46BD">
      <w:pPr>
        <w:spacing w:after="0"/>
      </w:pPr>
    </w:p>
    <w:p w14:paraId="744D7DEA" w14:textId="77777777" w:rsidR="00AC46BD" w:rsidRDefault="000F5FA2">
      <w:pPr>
        <w:pStyle w:val="Heading2"/>
      </w:pPr>
      <w:r>
        <w:lastRenderedPageBreak/>
        <w:t>Management, strategy, and law</w:t>
      </w:r>
    </w:p>
    <w:tbl>
      <w:tblPr>
        <w:tblW w:w="14112" w:type="dxa"/>
        <w:tblInd w:w="90" w:type="dxa"/>
        <w:tblBorders>
          <w:top w:val="single" w:sz="3" w:space="0" w:color="808080"/>
          <w:left w:val="single" w:sz="3" w:space="0" w:color="808080"/>
          <w:bottom w:val="single" w:sz="3" w:space="0" w:color="808080"/>
          <w:right w:val="single" w:sz="3" w:space="0" w:color="808080"/>
          <w:insideH w:val="single" w:sz="3" w:space="0" w:color="808080"/>
          <w:insideV w:val="single" w:sz="3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880"/>
        <w:gridCol w:w="7416"/>
        <w:gridCol w:w="1728"/>
      </w:tblGrid>
      <w:tr w:rsidR="00AC46BD" w14:paraId="0650F175" w14:textId="77777777">
        <w:trPr>
          <w:cantSplit/>
          <w:tblHeader/>
        </w:trPr>
        <w:tc>
          <w:tcPr>
            <w:tcW w:w="2088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BE468D3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Capability</w:t>
            </w:r>
          </w:p>
        </w:tc>
        <w:tc>
          <w:tcPr>
            <w:tcW w:w="2880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496595E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KU course(s)</w:t>
            </w:r>
          </w:p>
        </w:tc>
        <w:tc>
          <w:tcPr>
            <w:tcW w:w="7416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6EF4882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Peer courses and KU rating</w:t>
            </w:r>
          </w:p>
        </w:tc>
        <w:tc>
          <w:tcPr>
            <w:tcW w:w="1728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4BD8981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No course identified</w:t>
            </w:r>
          </w:p>
        </w:tc>
      </w:tr>
      <w:tr w:rsidR="00AC46BD" w14:paraId="1206AD7C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A4BD5F1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Law / ethics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A5B607B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MGMT 718 Business Law and Ethics</w:t>
            </w:r>
            <w:r>
              <w:t xml:space="preserve">; </w:t>
            </w:r>
            <w:r>
              <w:rPr>
                <w:sz w:val="13"/>
              </w:rPr>
              <w:t>MGMT 783 Ethical Decision Making in Business</w:t>
            </w:r>
            <w:r>
              <w:t xml:space="preserve">; </w:t>
            </w:r>
            <w:r>
              <w:rPr>
                <w:sz w:val="13"/>
              </w:rPr>
              <w:t>MGMT 820 Business Law and Ethics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1E913809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Emporia: </w:t>
            </w:r>
            <w:r>
              <w:rPr>
                <w:sz w:val="12"/>
              </w:rPr>
              <w:t>BU 573 Law of Commerce [S]</w:t>
            </w:r>
          </w:p>
          <w:p w14:paraId="441F7395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LAW 632 Legal Environment of Business Organizations for Professionals [S]</w:t>
            </w:r>
            <w:r>
              <w:t xml:space="preserve">; </w:t>
            </w:r>
            <w:r>
              <w:rPr>
                <w:sz w:val="12"/>
              </w:rPr>
              <w:t>OTE 901 Advanced Ethics and Advocacy [S]</w:t>
            </w:r>
          </w:p>
          <w:p w14:paraId="05A1EB75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Pitt State: </w:t>
            </w:r>
            <w:r>
              <w:rPr>
                <w:sz w:val="12"/>
              </w:rPr>
              <w:t>MGT 430 Legal and Social Environment of Business [S]</w:t>
            </w:r>
            <w:r>
              <w:t xml:space="preserve">; </w:t>
            </w:r>
            <w:r>
              <w:rPr>
                <w:sz w:val="12"/>
              </w:rPr>
              <w:t>MGT 830 Business, Government &amp; Society [S]</w:t>
            </w:r>
          </w:p>
          <w:p w14:paraId="2FD29031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SEMO: </w:t>
            </w:r>
            <w:r>
              <w:rPr>
                <w:sz w:val="12"/>
              </w:rPr>
              <w:t>BL 560 International Business Law [D]</w:t>
            </w:r>
          </w:p>
          <w:p w14:paraId="3BF2737B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Mizzou: </w:t>
            </w:r>
            <w:r>
              <w:rPr>
                <w:sz w:val="12"/>
              </w:rPr>
              <w:t>MANGMT 8334 Business Law, Ethics, and Data [S]</w:t>
            </w:r>
          </w:p>
          <w:p w14:paraId="5F44FAB1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Washburn: </w:t>
            </w:r>
            <w:r>
              <w:rPr>
                <w:sz w:val="12"/>
              </w:rPr>
              <w:t>BU 616 Commercial Transactions [S]</w:t>
            </w:r>
            <w:r>
              <w:t xml:space="preserve">; </w:t>
            </w:r>
            <w:r>
              <w:rPr>
                <w:sz w:val="12"/>
              </w:rPr>
              <w:t>BU 671 Legal and Ethical Issues [S]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4523D4D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UMKC</w:t>
            </w:r>
          </w:p>
        </w:tc>
      </w:tr>
      <w:tr w:rsidR="00AC46BD" w14:paraId="10AD4ED0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53A20ED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Management — change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420DE463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MGMT 781 Managing Strategic Direction and Change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9FF7DF6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Pitt State: </w:t>
            </w:r>
            <w:r>
              <w:rPr>
                <w:sz w:val="12"/>
              </w:rPr>
              <w:t>HRD 852 Organizational Development and Change [S]</w:t>
            </w:r>
          </w:p>
          <w:p w14:paraId="49901198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UMKC: </w:t>
            </w:r>
            <w:r>
              <w:rPr>
                <w:sz w:val="12"/>
              </w:rPr>
              <w:t>PUB-ADM 5548 Leadership, Change and Social Impact [S]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36FFDC25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Emporia, Mo State, SEMO, Mizzou, Washburn</w:t>
            </w:r>
          </w:p>
        </w:tc>
      </w:tr>
      <w:tr w:rsidR="00AC46BD" w14:paraId="3C1EFFD0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3B52D18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Management — human resources / talent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388FE004" w14:textId="77777777" w:rsidR="00AC46BD" w:rsidRDefault="000F5FA2">
            <w:pPr>
              <w:spacing w:after="0" w:line="228" w:lineRule="auto"/>
            </w:pPr>
            <w:r>
              <w:rPr>
                <w:i/>
                <w:sz w:val="13"/>
              </w:rPr>
              <w:t>None identified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291BB52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MGT 646 Compensation Management [N]</w:t>
            </w:r>
            <w:r>
              <w:t xml:space="preserve">; </w:t>
            </w:r>
            <w:r>
              <w:rPr>
                <w:sz w:val="12"/>
              </w:rPr>
              <w:t>MGT 762 Problems in Human Resources Management and Industrial Relations [N]</w:t>
            </w:r>
          </w:p>
          <w:p w14:paraId="2BCBDF4E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Pitt State: </w:t>
            </w:r>
            <w:r>
              <w:rPr>
                <w:sz w:val="12"/>
              </w:rPr>
              <w:t>HRD 706 Strategies in the Development of Human Resources [N]</w:t>
            </w:r>
            <w:r>
              <w:t xml:space="preserve">; </w:t>
            </w:r>
            <w:r>
              <w:rPr>
                <w:sz w:val="12"/>
              </w:rPr>
              <w:t>HRD 796 HRD Foundations and Applications [N]</w:t>
            </w:r>
          </w:p>
          <w:p w14:paraId="474274C0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SEMO: </w:t>
            </w:r>
            <w:r>
              <w:rPr>
                <w:sz w:val="12"/>
              </w:rPr>
              <w:t>BA 656 Applied Human Resource Management [N]</w:t>
            </w:r>
            <w:r>
              <w:t xml:space="preserve">; </w:t>
            </w:r>
            <w:r>
              <w:rPr>
                <w:sz w:val="12"/>
              </w:rPr>
              <w:t>MG 516 Acquiring Talent [N]</w:t>
            </w:r>
            <w:r>
              <w:t xml:space="preserve">; </w:t>
            </w:r>
            <w:r>
              <w:rPr>
                <w:sz w:val="12"/>
              </w:rPr>
              <w:t>MG 536 Compensating Talent [N]</w:t>
            </w:r>
            <w:r>
              <w:t xml:space="preserve">; </w:t>
            </w:r>
            <w:r>
              <w:rPr>
                <w:sz w:val="12"/>
              </w:rPr>
              <w:t>MG 566 Legal and Union Issues in Human Resources [N]</w:t>
            </w:r>
            <w:r>
              <w:t xml:space="preserve">; </w:t>
            </w:r>
            <w:r>
              <w:rPr>
                <w:sz w:val="12"/>
              </w:rPr>
              <w:t>MG 586 Human Resource Strategy and Analytics [N]</w:t>
            </w:r>
          </w:p>
          <w:p w14:paraId="5B85CA2E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UMKC: </w:t>
            </w:r>
            <w:r>
              <w:rPr>
                <w:sz w:val="12"/>
              </w:rPr>
              <w:t>MGT 5566 Attracting, Retaining, and Developing Human Capital [N]</w:t>
            </w:r>
            <w:r>
              <w:t xml:space="preserve">; </w:t>
            </w:r>
            <w:r>
              <w:rPr>
                <w:sz w:val="12"/>
              </w:rPr>
              <w:t>MGT 5567 Total Rewards Management [N]</w:t>
            </w:r>
            <w:r>
              <w:t xml:space="preserve">; </w:t>
            </w:r>
            <w:r>
              <w:rPr>
                <w:sz w:val="12"/>
              </w:rPr>
              <w:t>MGT 5568 Talent Management [N]</w:t>
            </w:r>
            <w:r>
              <w:t xml:space="preserve">; </w:t>
            </w:r>
            <w:r>
              <w:rPr>
                <w:sz w:val="12"/>
              </w:rPr>
              <w:t>PUB-ADM 5528 Supervision, Performance Leadership, &amp; Human Resource Management [S]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36AA3E26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KU, Emporia, Mizzou, Washburn</w:t>
            </w:r>
          </w:p>
        </w:tc>
      </w:tr>
      <w:tr w:rsidR="00AC46BD" w14:paraId="66E3BF77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C489765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Management — leadership / teams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57E4C672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MGMT 752 Developing Effective Management and Team Skills</w:t>
            </w:r>
            <w:r>
              <w:t xml:space="preserve">; </w:t>
            </w:r>
            <w:r>
              <w:rPr>
                <w:sz w:val="13"/>
              </w:rPr>
              <w:t>MGMT 753 Leadership</w:t>
            </w:r>
            <w:r>
              <w:t xml:space="preserve">; </w:t>
            </w:r>
            <w:r>
              <w:rPr>
                <w:sz w:val="13"/>
              </w:rPr>
              <w:t>MGMT 782 Developing Effective Management and Team Skills</w:t>
            </w:r>
            <w:r>
              <w:t xml:space="preserve">; </w:t>
            </w:r>
            <w:r>
              <w:rPr>
                <w:sz w:val="13"/>
              </w:rPr>
              <w:t>MGMT 784 Leadership Capstone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E9DEB90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Emporia: </w:t>
            </w:r>
            <w:r>
              <w:rPr>
                <w:sz w:val="12"/>
              </w:rPr>
              <w:t>MG 830 Global Leadership [S]</w:t>
            </w:r>
          </w:p>
          <w:p w14:paraId="0B62DF96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LAW 650 Negotiation, Mediation, and Arbitration in Business [S]</w:t>
            </w:r>
            <w:r>
              <w:t xml:space="preserve">; </w:t>
            </w:r>
            <w:r>
              <w:rPr>
                <w:sz w:val="12"/>
              </w:rPr>
              <w:t>MGT 764 Organizational Behavior and Leadership [S]</w:t>
            </w:r>
            <w:r>
              <w:t xml:space="preserve">; </w:t>
            </w:r>
            <w:r>
              <w:rPr>
                <w:sz w:val="12"/>
              </w:rPr>
              <w:t>MGT 770 Leadership Development [S]</w:t>
            </w:r>
            <w:r>
              <w:t xml:space="preserve">; </w:t>
            </w:r>
            <w:r>
              <w:rPr>
                <w:sz w:val="12"/>
              </w:rPr>
              <w:t>TCM 710 Project Leadership and Communications Management [S]</w:t>
            </w:r>
          </w:p>
          <w:p w14:paraId="6B284319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Pitt State: </w:t>
            </w:r>
            <w:r>
              <w:rPr>
                <w:sz w:val="12"/>
              </w:rPr>
              <w:t>MGT 828 Leadership &amp; Behavioral Management [S]</w:t>
            </w:r>
            <w:r>
              <w:t xml:space="preserve">; </w:t>
            </w:r>
            <w:r>
              <w:rPr>
                <w:sz w:val="12"/>
              </w:rPr>
              <w:t>NURS 716 Introduction to Organizational Leadership [S]</w:t>
            </w:r>
            <w:r>
              <w:t xml:space="preserve">; </w:t>
            </w:r>
            <w:r>
              <w:rPr>
                <w:sz w:val="12"/>
              </w:rPr>
              <w:t>PSYCH 816 Group Dynamics [S]</w:t>
            </w:r>
          </w:p>
          <w:p w14:paraId="02A30C79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UMKC: </w:t>
            </w:r>
            <w:r>
              <w:rPr>
                <w:sz w:val="12"/>
              </w:rPr>
              <w:t>MGT 5503 Fundamentals of Leadership [S]</w:t>
            </w:r>
            <w:r>
              <w:t xml:space="preserve">; </w:t>
            </w:r>
            <w:r>
              <w:rPr>
                <w:sz w:val="12"/>
              </w:rPr>
              <w:t>MGT 5517 Leading Through Influence and Persuasion [S]</w:t>
            </w:r>
            <w:r>
              <w:t xml:space="preserve">; </w:t>
            </w:r>
            <w:r>
              <w:rPr>
                <w:sz w:val="12"/>
              </w:rPr>
              <w:t>MGT 5519 Conflict Management and Negotiation Strategies [S]</w:t>
            </w:r>
            <w:r>
              <w:t xml:space="preserve">; </w:t>
            </w:r>
            <w:r>
              <w:rPr>
                <w:sz w:val="12"/>
              </w:rPr>
              <w:t>MGT 5523 Negotiation, Conflict Management, and Influence Skills [S]</w:t>
            </w:r>
            <w:r>
              <w:t xml:space="preserve">; </w:t>
            </w:r>
            <w:r>
              <w:rPr>
                <w:sz w:val="12"/>
              </w:rPr>
              <w:t>MGT 5557 Leadership And Organizations [S]</w:t>
            </w:r>
          </w:p>
          <w:p w14:paraId="44223122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Mizzou: </w:t>
            </w:r>
            <w:r>
              <w:rPr>
                <w:sz w:val="12"/>
              </w:rPr>
              <w:t>BUS_AD 7340 Business Ethics and Leadership [S]</w:t>
            </w:r>
            <w:r>
              <w:t xml:space="preserve">; </w:t>
            </w:r>
            <w:r>
              <w:rPr>
                <w:sz w:val="12"/>
              </w:rPr>
              <w:t>LEAD 7242 Strategic Communication Leadership [S]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EC3C183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SEMO, Washburn</w:t>
            </w:r>
          </w:p>
        </w:tc>
      </w:tr>
      <w:tr w:rsidR="00AC46BD" w14:paraId="21D8DD92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4A352241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Management — people / OB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36FF246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MGMT 706 Managing People</w:t>
            </w:r>
            <w:r>
              <w:t xml:space="preserve">; </w:t>
            </w:r>
            <w:r>
              <w:rPr>
                <w:sz w:val="13"/>
              </w:rPr>
              <w:t>MGMT 810 Managing People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8AE5F64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Emporia: </w:t>
            </w:r>
            <w:r>
              <w:rPr>
                <w:sz w:val="12"/>
              </w:rPr>
              <w:t>MG 853 Behavioral Aspect of Management [S]</w:t>
            </w:r>
          </w:p>
          <w:p w14:paraId="448E51D3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SEMO: </w:t>
            </w:r>
            <w:r>
              <w:rPr>
                <w:sz w:val="12"/>
              </w:rPr>
              <w:t>BA 600 Organizational Behavior in Practice [S]</w:t>
            </w:r>
          </w:p>
          <w:p w14:paraId="22E5E4F8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Mizzou: </w:t>
            </w:r>
            <w:r>
              <w:rPr>
                <w:sz w:val="12"/>
              </w:rPr>
              <w:t>MANGMT 8390 Organizational Behavior and Management: Dyadic, Group and Organizational Processes [S]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88DC559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Mo State, Pitt State, UMKC, Washburn</w:t>
            </w:r>
          </w:p>
        </w:tc>
      </w:tr>
      <w:tr w:rsidR="00AC46BD" w14:paraId="42B065F4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17B8F5A5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Strategy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DB478FC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MGMT 719 Strategic Management</w:t>
            </w:r>
            <w:r>
              <w:t xml:space="preserve">; </w:t>
            </w:r>
            <w:r>
              <w:rPr>
                <w:sz w:val="13"/>
              </w:rPr>
              <w:t>MGMT 830 Global Strategic Management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F921E4E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Emporia: </w:t>
            </w:r>
            <w:r>
              <w:rPr>
                <w:sz w:val="12"/>
              </w:rPr>
              <w:t>MG 899 Strategic Management [D]</w:t>
            </w:r>
          </w:p>
          <w:p w14:paraId="23A19079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MGT 767 Organization Strategy and Policy [S]</w:t>
            </w:r>
          </w:p>
          <w:p w14:paraId="08302849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Pitt State: </w:t>
            </w:r>
            <w:r>
              <w:rPr>
                <w:sz w:val="12"/>
              </w:rPr>
              <w:t>MGT 895 Strategic Management [D]</w:t>
            </w:r>
          </w:p>
          <w:p w14:paraId="3A862015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SEMO: </w:t>
            </w:r>
            <w:r>
              <w:rPr>
                <w:sz w:val="12"/>
              </w:rPr>
              <w:t>BA 650 Strategic Decision Making [S]</w:t>
            </w:r>
          </w:p>
          <w:p w14:paraId="46899BDF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UMKC: </w:t>
            </w:r>
            <w:r>
              <w:rPr>
                <w:sz w:val="12"/>
              </w:rPr>
              <w:t>MGT 5538 Strategic Management Residency [D]</w:t>
            </w:r>
          </w:p>
          <w:p w14:paraId="282D967A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Mizzou: </w:t>
            </w:r>
            <w:r>
              <w:rPr>
                <w:sz w:val="12"/>
              </w:rPr>
              <w:t>FINANC 8225 Business Strategy and Market Dynamics [S]</w:t>
            </w:r>
            <w:r>
              <w:t xml:space="preserve">; </w:t>
            </w:r>
            <w:r>
              <w:rPr>
                <w:sz w:val="12"/>
              </w:rPr>
              <w:t>MANGMT 8960 Introduction to Strategic Management [S]</w:t>
            </w:r>
          </w:p>
          <w:p w14:paraId="77F27F56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Washburn: </w:t>
            </w:r>
            <w:r>
              <w:rPr>
                <w:sz w:val="12"/>
              </w:rPr>
              <w:t>BU 659 Strategic Analysis [S]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D0C0F36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None</w:t>
            </w:r>
          </w:p>
        </w:tc>
      </w:tr>
    </w:tbl>
    <w:p w14:paraId="04442B98" w14:textId="77777777" w:rsidR="00AC46BD" w:rsidRDefault="00AC46BD">
      <w:pPr>
        <w:spacing w:after="0"/>
      </w:pPr>
    </w:p>
    <w:p w14:paraId="4649138D" w14:textId="77777777" w:rsidR="00AC46BD" w:rsidRDefault="000F5FA2">
      <w:pPr>
        <w:pStyle w:val="Heading2"/>
      </w:pPr>
      <w:r>
        <w:t>International and entrepreneurship</w:t>
      </w:r>
    </w:p>
    <w:tbl>
      <w:tblPr>
        <w:tblW w:w="14112" w:type="dxa"/>
        <w:tblInd w:w="90" w:type="dxa"/>
        <w:tblBorders>
          <w:top w:val="single" w:sz="3" w:space="0" w:color="808080"/>
          <w:left w:val="single" w:sz="3" w:space="0" w:color="808080"/>
          <w:bottom w:val="single" w:sz="3" w:space="0" w:color="808080"/>
          <w:right w:val="single" w:sz="3" w:space="0" w:color="808080"/>
          <w:insideH w:val="single" w:sz="3" w:space="0" w:color="808080"/>
          <w:insideV w:val="single" w:sz="3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880"/>
        <w:gridCol w:w="7416"/>
        <w:gridCol w:w="1728"/>
      </w:tblGrid>
      <w:tr w:rsidR="00AC46BD" w14:paraId="0468725C" w14:textId="77777777">
        <w:trPr>
          <w:cantSplit/>
          <w:tblHeader/>
        </w:trPr>
        <w:tc>
          <w:tcPr>
            <w:tcW w:w="2088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C7FDDF0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Capability</w:t>
            </w:r>
          </w:p>
        </w:tc>
        <w:tc>
          <w:tcPr>
            <w:tcW w:w="2880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0723899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KU course(s)</w:t>
            </w:r>
          </w:p>
        </w:tc>
        <w:tc>
          <w:tcPr>
            <w:tcW w:w="7416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8F21B86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Peer courses and KU rating</w:t>
            </w:r>
          </w:p>
        </w:tc>
        <w:tc>
          <w:tcPr>
            <w:tcW w:w="1728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B16CAA2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No course identified</w:t>
            </w:r>
          </w:p>
        </w:tc>
      </w:tr>
      <w:tr w:rsidR="00AC46BD" w14:paraId="64EE1D76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35F7EE2B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Entrepreneurship / innovation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378AAB0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ENTR 751 Building Entrepreneurial Competency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4738C4DB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Emporia: </w:t>
            </w:r>
            <w:r>
              <w:rPr>
                <w:sz w:val="12"/>
              </w:rPr>
              <w:t>EP 810 Entrepreneurial Mindset [S]</w:t>
            </w:r>
          </w:p>
          <w:p w14:paraId="67E4D1C2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ENT 643 New Venture Management [S]</w:t>
            </w:r>
            <w:r>
              <w:t xml:space="preserve">; </w:t>
            </w:r>
            <w:r>
              <w:rPr>
                <w:sz w:val="12"/>
              </w:rPr>
              <w:t>TCM 611 Product Design and Development [S]</w:t>
            </w:r>
          </w:p>
          <w:p w14:paraId="504FF543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SEMO: </w:t>
            </w:r>
            <w:r>
              <w:rPr>
                <w:sz w:val="12"/>
              </w:rPr>
              <w:t>ER 521 Topics in Entrepreneurship [S]</w:t>
            </w:r>
            <w:r>
              <w:t xml:space="preserve">; </w:t>
            </w:r>
            <w:r>
              <w:rPr>
                <w:sz w:val="12"/>
              </w:rPr>
              <w:t>ER 531 Creative Problem Solving in Business [S]</w:t>
            </w:r>
            <w:r>
              <w:t xml:space="preserve">; </w:t>
            </w:r>
            <w:r>
              <w:rPr>
                <w:sz w:val="12"/>
              </w:rPr>
              <w:t>ER 541 Managing the Family Business [S]</w:t>
            </w:r>
            <w:r>
              <w:t xml:space="preserve">; </w:t>
            </w:r>
            <w:r>
              <w:rPr>
                <w:sz w:val="12"/>
              </w:rPr>
              <w:t>ER 551 Managing Family and Small Businesses [S]</w:t>
            </w:r>
            <w:r>
              <w:t xml:space="preserve">; </w:t>
            </w:r>
            <w:r>
              <w:rPr>
                <w:sz w:val="12"/>
              </w:rPr>
              <w:t>ER 561 Business Planning for New Ventures [S]</w:t>
            </w:r>
            <w:r>
              <w:t xml:space="preserve">; </w:t>
            </w:r>
            <w:r>
              <w:rPr>
                <w:sz w:val="12"/>
              </w:rPr>
              <w:t>ER 562 New Product Development &amp; Innovation Management [S]</w:t>
            </w:r>
            <w:r>
              <w:t xml:space="preserve">; </w:t>
            </w:r>
            <w:r>
              <w:rPr>
                <w:sz w:val="12"/>
              </w:rPr>
              <w:t>ER 581 Entrepreneurship Practicum: Venture Creation [S]</w:t>
            </w:r>
            <w:r>
              <w:t xml:space="preserve">; </w:t>
            </w:r>
            <w:r>
              <w:rPr>
                <w:sz w:val="12"/>
              </w:rPr>
              <w:t>ER 593 Independent Study in Entrepreneurship [S]</w:t>
            </w:r>
          </w:p>
          <w:p w14:paraId="2680F9DC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UMKC: </w:t>
            </w:r>
            <w:r>
              <w:rPr>
                <w:sz w:val="12"/>
              </w:rPr>
              <w:t>ENT 5525 Entrepreneurship: Managing Creativity And Innovation [S]</w:t>
            </w:r>
            <w:r>
              <w:t xml:space="preserve">; </w:t>
            </w:r>
            <w:r>
              <w:rPr>
                <w:sz w:val="12"/>
              </w:rPr>
              <w:t>ENT 5529 Regnier Venture Accelerator [S]</w:t>
            </w:r>
            <w:r>
              <w:t xml:space="preserve">; </w:t>
            </w:r>
            <w:r>
              <w:rPr>
                <w:sz w:val="12"/>
              </w:rPr>
              <w:t>ENT 5531 New Product Development [S]</w:t>
            </w:r>
            <w:r>
              <w:t xml:space="preserve">; </w:t>
            </w:r>
            <w:r>
              <w:rPr>
                <w:sz w:val="12"/>
              </w:rPr>
              <w:t>ENT 5533 Technology Innovation Management [S]</w:t>
            </w:r>
            <w:r>
              <w:t xml:space="preserve">; </w:t>
            </w:r>
            <w:r>
              <w:rPr>
                <w:sz w:val="12"/>
              </w:rPr>
              <w:t>ENT 5545 Entrepreneurship And New Venture Creation [S]</w:t>
            </w:r>
            <w:r>
              <w:t xml:space="preserve">; </w:t>
            </w:r>
            <w:r>
              <w:rPr>
                <w:sz w:val="12"/>
              </w:rPr>
              <w:t>ENT 5567 Entrepreneurship and Innovation Strategy [S]</w:t>
            </w:r>
            <w:r>
              <w:t xml:space="preserve">; </w:t>
            </w:r>
            <w:r>
              <w:rPr>
                <w:sz w:val="12"/>
              </w:rPr>
              <w:t>ENT 5587 Special Topics [?]</w:t>
            </w:r>
          </w:p>
          <w:p w14:paraId="3CFE43B0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Washburn: </w:t>
            </w:r>
            <w:r>
              <w:rPr>
                <w:sz w:val="12"/>
              </w:rPr>
              <w:t>BU 630 Entrepreneurship/Creativity [S]</w:t>
            </w:r>
            <w:r>
              <w:t xml:space="preserve">; </w:t>
            </w:r>
            <w:r>
              <w:rPr>
                <w:sz w:val="12"/>
              </w:rPr>
              <w:t>BU 683 Venture Creation [S]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1779DD1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Pitt State, Mizzou</w:t>
            </w:r>
          </w:p>
        </w:tc>
      </w:tr>
      <w:tr w:rsidR="00AC46BD" w14:paraId="3EF41155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1DED1D19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lastRenderedPageBreak/>
              <w:t>International business / management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C82163C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IBUS 820 International Business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159BC095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BUS 792 International Education Abroad in Business [?]</w:t>
            </w:r>
            <w:r>
              <w:t xml:space="preserve">; </w:t>
            </w:r>
            <w:r>
              <w:rPr>
                <w:sz w:val="12"/>
              </w:rPr>
              <w:t>MGT 747 International Management [S]</w:t>
            </w:r>
          </w:p>
          <w:p w14:paraId="1337E43B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Pitt State: </w:t>
            </w:r>
            <w:r>
              <w:rPr>
                <w:sz w:val="12"/>
              </w:rPr>
              <w:t>IB 520 Emerging Markets [S]</w:t>
            </w:r>
            <w:r>
              <w:t xml:space="preserve">; </w:t>
            </w:r>
            <w:r>
              <w:rPr>
                <w:sz w:val="12"/>
              </w:rPr>
              <w:t>IB 530 Cross Cultural Analysis [S]</w:t>
            </w:r>
            <w:r>
              <w:t xml:space="preserve">; </w:t>
            </w:r>
            <w:r>
              <w:rPr>
                <w:sz w:val="12"/>
              </w:rPr>
              <w:t>IB 670 Internship in International Business [S]</w:t>
            </w:r>
            <w:r>
              <w:t xml:space="preserve">; </w:t>
            </w:r>
            <w:r>
              <w:rPr>
                <w:sz w:val="12"/>
              </w:rPr>
              <w:t>IB 810 Topics in International Business [D]</w:t>
            </w:r>
            <w:r>
              <w:t xml:space="preserve">; </w:t>
            </w:r>
            <w:r>
              <w:rPr>
                <w:sz w:val="12"/>
              </w:rPr>
              <w:t>IB 831 International Business [D]</w:t>
            </w:r>
            <w:r>
              <w:t xml:space="preserve">; </w:t>
            </w:r>
            <w:r>
              <w:rPr>
                <w:sz w:val="12"/>
              </w:rPr>
              <w:t>IDD 821 International Dual Degree Topics in Business [?]</w:t>
            </w:r>
            <w:r>
              <w:t xml:space="preserve">; </w:t>
            </w:r>
            <w:r>
              <w:rPr>
                <w:sz w:val="12"/>
              </w:rPr>
              <w:t>POLS 630 International Political Economy [S]</w:t>
            </w:r>
          </w:p>
          <w:p w14:paraId="623B6594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SEMO: </w:t>
            </w:r>
            <w:r>
              <w:rPr>
                <w:sz w:val="12"/>
              </w:rPr>
              <w:t>BA 560 Topics in International Business [D]</w:t>
            </w:r>
            <w:r>
              <w:t xml:space="preserve">; </w:t>
            </w:r>
            <w:r>
              <w:rPr>
                <w:sz w:val="12"/>
              </w:rPr>
              <w:t>BA 663 International Business Strategies [D]</w:t>
            </w:r>
            <w:r>
              <w:t xml:space="preserve">; </w:t>
            </w:r>
            <w:r>
              <w:rPr>
                <w:sz w:val="12"/>
              </w:rPr>
              <w:t>MG 560 International Management [S]</w:t>
            </w:r>
          </w:p>
          <w:p w14:paraId="1BB4B6CF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UMKC: </w:t>
            </w:r>
            <w:r>
              <w:rPr>
                <w:sz w:val="12"/>
              </w:rPr>
              <w:t>MGT 5547 Global Initiatives in Management [S]</w:t>
            </w:r>
            <w:r>
              <w:t xml:space="preserve">; </w:t>
            </w:r>
            <w:r>
              <w:rPr>
                <w:sz w:val="12"/>
              </w:rPr>
              <w:t>MGT 5552 International Study in Business [P]</w:t>
            </w:r>
          </w:p>
          <w:p w14:paraId="7ED5E715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Mizzou: </w:t>
            </w:r>
            <w:r>
              <w:rPr>
                <w:sz w:val="12"/>
              </w:rPr>
              <w:t>MRKTNG 8720 Global Business Environment [S]</w:t>
            </w:r>
          </w:p>
          <w:p w14:paraId="6F0F0032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Washburn: </w:t>
            </w:r>
            <w:r>
              <w:rPr>
                <w:sz w:val="12"/>
              </w:rPr>
              <w:t>BU 674 International Business [D]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D8769D6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Emporia</w:t>
            </w:r>
          </w:p>
        </w:tc>
      </w:tr>
    </w:tbl>
    <w:p w14:paraId="3449B482" w14:textId="77777777" w:rsidR="00AC46BD" w:rsidRDefault="00AC46BD">
      <w:pPr>
        <w:spacing w:after="0"/>
      </w:pPr>
    </w:p>
    <w:p w14:paraId="0A9EB5C6" w14:textId="77777777" w:rsidR="00AC46BD" w:rsidRDefault="000F5FA2">
      <w:pPr>
        <w:pStyle w:val="Heading2"/>
      </w:pPr>
      <w:r>
        <w:t>Experiential and professional</w:t>
      </w:r>
    </w:p>
    <w:tbl>
      <w:tblPr>
        <w:tblW w:w="14112" w:type="dxa"/>
        <w:tblInd w:w="90" w:type="dxa"/>
        <w:tblBorders>
          <w:top w:val="single" w:sz="3" w:space="0" w:color="808080"/>
          <w:left w:val="single" w:sz="3" w:space="0" w:color="808080"/>
          <w:bottom w:val="single" w:sz="3" w:space="0" w:color="808080"/>
          <w:right w:val="single" w:sz="3" w:space="0" w:color="808080"/>
          <w:insideH w:val="single" w:sz="3" w:space="0" w:color="808080"/>
          <w:insideV w:val="single" w:sz="3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880"/>
        <w:gridCol w:w="7416"/>
        <w:gridCol w:w="1728"/>
      </w:tblGrid>
      <w:tr w:rsidR="00AC46BD" w14:paraId="6B3045DB" w14:textId="77777777">
        <w:trPr>
          <w:cantSplit/>
          <w:tblHeader/>
        </w:trPr>
        <w:tc>
          <w:tcPr>
            <w:tcW w:w="2088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5B0188B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Capability</w:t>
            </w:r>
          </w:p>
        </w:tc>
        <w:tc>
          <w:tcPr>
            <w:tcW w:w="2880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FAA3508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KU course(s)</w:t>
            </w:r>
          </w:p>
        </w:tc>
        <w:tc>
          <w:tcPr>
            <w:tcW w:w="7416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FC15803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Peer courses and KU rating</w:t>
            </w:r>
          </w:p>
        </w:tc>
        <w:tc>
          <w:tcPr>
            <w:tcW w:w="1728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75A3857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No course identified</w:t>
            </w:r>
          </w:p>
        </w:tc>
      </w:tr>
      <w:tr w:rsidR="00AC46BD" w14:paraId="30F959BE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35F4E41C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Capstone / residency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EDFE243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BUS 725 Capstone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3DF7E0E2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SEMO: </w:t>
            </w:r>
            <w:r>
              <w:rPr>
                <w:sz w:val="12"/>
              </w:rPr>
              <w:t>GR 698 Master's Final Comprehensive Examination [P]</w:t>
            </w:r>
            <w:r>
              <w:t xml:space="preserve">; </w:t>
            </w:r>
            <w:r>
              <w:rPr>
                <w:sz w:val="12"/>
              </w:rPr>
              <w:t>GR 699 Master's Oral Examination [P]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97B0EF2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Emporia, Mo State, Pitt State, UMKC, Mizzou, Washburn</w:t>
            </w:r>
          </w:p>
        </w:tc>
      </w:tr>
      <w:tr w:rsidR="00AC46BD" w14:paraId="09C9AE32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8F4A337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Experiential — consulting / applied project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C2662FB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BUS 810 Kansas Small Business Projects</w:t>
            </w:r>
            <w:r>
              <w:t xml:space="preserve">; </w:t>
            </w:r>
            <w:r>
              <w:rPr>
                <w:sz w:val="13"/>
              </w:rPr>
              <w:t>BUS 812 Kansas Small Business Projects II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37AFDD2C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ENT 671 Small Business Consulting [S]</w:t>
            </w:r>
          </w:p>
          <w:p w14:paraId="70C4BE58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SEMO: </w:t>
            </w:r>
            <w:r>
              <w:rPr>
                <w:sz w:val="12"/>
              </w:rPr>
              <w:t>BA 657 Applied Research Project [S]</w:t>
            </w:r>
            <w:r>
              <w:t xml:space="preserve">; </w:t>
            </w:r>
            <w:r>
              <w:rPr>
                <w:sz w:val="12"/>
              </w:rPr>
              <w:t>HA 657 Applied Research Project [S]</w:t>
            </w:r>
          </w:p>
          <w:p w14:paraId="46C71C3F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Mizzou: </w:t>
            </w:r>
            <w:r>
              <w:rPr>
                <w:sz w:val="12"/>
              </w:rPr>
              <w:t>MANGMT 8500 Business Consulting: Field Project [S]</w:t>
            </w:r>
          </w:p>
          <w:p w14:paraId="5F93747A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Washburn: </w:t>
            </w:r>
            <w:r>
              <w:rPr>
                <w:sz w:val="12"/>
              </w:rPr>
              <w:t>BU 696 Research Project in Business [S]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36E8531F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Emporia, Pitt State, UMKC</w:t>
            </w:r>
          </w:p>
        </w:tc>
      </w:tr>
      <w:tr w:rsidR="00AC46BD" w14:paraId="4359C73C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192C7727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Experiential — internship / practicum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59E3D57A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BUS 825 Internship Program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1481A002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MGT 794 Internship: Management [S]</w:t>
            </w:r>
          </w:p>
          <w:p w14:paraId="4BE43BC7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Pitt State: </w:t>
            </w:r>
            <w:r>
              <w:rPr>
                <w:sz w:val="12"/>
              </w:rPr>
              <w:t>NURS 866 Administrative Practicum [S]</w:t>
            </w:r>
          </w:p>
          <w:p w14:paraId="0DD60CF9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Washburn: </w:t>
            </w:r>
            <w:r>
              <w:rPr>
                <w:sz w:val="12"/>
              </w:rPr>
              <w:t>BU 697 Internship Experience [S]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7BC7177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Emporia, SEMO, UMKC, Mizzou</w:t>
            </w:r>
          </w:p>
        </w:tc>
      </w:tr>
      <w:tr w:rsidR="00AC46BD" w14:paraId="2C75CE6D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63D1CF0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Professional development / communication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518C22B7" w14:textId="77777777" w:rsidR="00AC46BD" w:rsidRDefault="000F5FA2">
            <w:pPr>
              <w:spacing w:after="0" w:line="228" w:lineRule="auto"/>
            </w:pPr>
            <w:r>
              <w:rPr>
                <w:i/>
                <w:sz w:val="13"/>
              </w:rPr>
              <w:t>None identified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81CA62B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COM 703 Professional Communication Skills [S]</w:t>
            </w:r>
          </w:p>
          <w:p w14:paraId="4E1F715F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Mizzou: </w:t>
            </w:r>
            <w:r>
              <w:rPr>
                <w:sz w:val="12"/>
              </w:rPr>
              <w:t>BUS_AD 7050 MBA Communications Practice [S]</w:t>
            </w:r>
            <w:r>
              <w:t xml:space="preserve">; </w:t>
            </w:r>
            <w:r>
              <w:rPr>
                <w:sz w:val="12"/>
              </w:rPr>
              <w:t>MANGMT 8010 MBA Professional Development - Executive Career Development [S]</w:t>
            </w:r>
          </w:p>
          <w:p w14:paraId="274D3ABB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Washburn: </w:t>
            </w:r>
            <w:r>
              <w:rPr>
                <w:sz w:val="12"/>
              </w:rPr>
              <w:t>BU 658 Managerial Skills/Professional Experiences [S]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58D2DD04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KU, Emporia, Pitt State, SEMO, UMKC</w:t>
            </w:r>
          </w:p>
        </w:tc>
      </w:tr>
    </w:tbl>
    <w:p w14:paraId="3E7CFB9F" w14:textId="77777777" w:rsidR="00AC46BD" w:rsidRDefault="00AC46BD">
      <w:pPr>
        <w:spacing w:after="0"/>
      </w:pPr>
    </w:p>
    <w:p w14:paraId="5BCDDC4D" w14:textId="77777777" w:rsidR="00AC46BD" w:rsidRDefault="000F5FA2">
      <w:pPr>
        <w:pStyle w:val="Heading2"/>
      </w:pPr>
      <w:r>
        <w:t>Sector and interdisciplinary</w:t>
      </w:r>
    </w:p>
    <w:tbl>
      <w:tblPr>
        <w:tblW w:w="14112" w:type="dxa"/>
        <w:tblInd w:w="90" w:type="dxa"/>
        <w:tblBorders>
          <w:top w:val="single" w:sz="3" w:space="0" w:color="808080"/>
          <w:left w:val="single" w:sz="3" w:space="0" w:color="808080"/>
          <w:bottom w:val="single" w:sz="3" w:space="0" w:color="808080"/>
          <w:right w:val="single" w:sz="3" w:space="0" w:color="808080"/>
          <w:insideH w:val="single" w:sz="3" w:space="0" w:color="808080"/>
          <w:insideV w:val="single" w:sz="3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880"/>
        <w:gridCol w:w="7416"/>
        <w:gridCol w:w="1728"/>
      </w:tblGrid>
      <w:tr w:rsidR="00AC46BD" w14:paraId="72053C05" w14:textId="77777777">
        <w:trPr>
          <w:cantSplit/>
          <w:tblHeader/>
        </w:trPr>
        <w:tc>
          <w:tcPr>
            <w:tcW w:w="2088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3895223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Capability</w:t>
            </w:r>
          </w:p>
        </w:tc>
        <w:tc>
          <w:tcPr>
            <w:tcW w:w="2880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620CC3A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KU course(s)</w:t>
            </w:r>
          </w:p>
        </w:tc>
        <w:tc>
          <w:tcPr>
            <w:tcW w:w="7416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34799CB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Peer courses and KU rating</w:t>
            </w:r>
          </w:p>
        </w:tc>
        <w:tc>
          <w:tcPr>
            <w:tcW w:w="1728" w:type="dxa"/>
            <w:shd w:val="clear" w:color="auto" w:fill="E7E6E6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CE400F3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No course identified</w:t>
            </w:r>
          </w:p>
        </w:tc>
      </w:tr>
      <w:tr w:rsidR="00AC46BD" w14:paraId="7A9B287A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4DDC9289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Healthcare administration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1EE823D" w14:textId="77777777" w:rsidR="00AC46BD" w:rsidRDefault="000F5FA2">
            <w:pPr>
              <w:spacing w:after="0" w:line="228" w:lineRule="auto"/>
            </w:pPr>
            <w:r>
              <w:rPr>
                <w:i/>
                <w:sz w:val="13"/>
              </w:rPr>
              <w:t>None identified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56072A49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Emporia: </w:t>
            </w:r>
            <w:r>
              <w:rPr>
                <w:sz w:val="12"/>
              </w:rPr>
              <w:t>BU 802 Healthcare Law, Ethics, and Quality Improvement - 3 hours [N]</w:t>
            </w:r>
            <w:r>
              <w:t xml:space="preserve">; </w:t>
            </w:r>
            <w:r>
              <w:rPr>
                <w:sz w:val="12"/>
              </w:rPr>
              <w:t>BU 803 Health Care Informatics - 2 hours in the MBA degree plan [N]</w:t>
            </w:r>
            <w:r>
              <w:t xml:space="preserve">; </w:t>
            </w:r>
            <w:r>
              <w:rPr>
                <w:sz w:val="12"/>
              </w:rPr>
              <w:t>BU 805 Health Care Budgeting, Finance, and Economics - 3 hours [P]</w:t>
            </w:r>
          </w:p>
          <w:p w14:paraId="6BEE2156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ECO 604 Health Care Economics [N]</w:t>
            </w:r>
            <w:r>
              <w:t xml:space="preserve">; </w:t>
            </w:r>
            <w:r>
              <w:rPr>
                <w:sz w:val="12"/>
              </w:rPr>
              <w:t>MGT 701 Health Services Organization [N]</w:t>
            </w:r>
            <w:r>
              <w:t xml:space="preserve">; </w:t>
            </w:r>
            <w:r>
              <w:rPr>
                <w:sz w:val="12"/>
              </w:rPr>
              <w:t>MGT 702 Managing Healthcare Organizations [N]</w:t>
            </w:r>
            <w:r>
              <w:t xml:space="preserve">; </w:t>
            </w:r>
            <w:r>
              <w:rPr>
                <w:sz w:val="12"/>
              </w:rPr>
              <w:t>MGT 703 Health Law and Ethics [S]</w:t>
            </w:r>
            <w:r>
              <w:t xml:space="preserve">; </w:t>
            </w:r>
            <w:r>
              <w:rPr>
                <w:sz w:val="12"/>
              </w:rPr>
              <w:t>MGT 704 Human Resources in Healthcare Organizations [N]</w:t>
            </w:r>
            <w:r>
              <w:t xml:space="preserve">; </w:t>
            </w:r>
            <w:r>
              <w:rPr>
                <w:sz w:val="12"/>
              </w:rPr>
              <w:t>MGT 708 Healthcare Informatics [N]</w:t>
            </w:r>
            <w:r>
              <w:t xml:space="preserve">; </w:t>
            </w:r>
            <w:r>
              <w:rPr>
                <w:sz w:val="12"/>
              </w:rPr>
              <w:t>PBH 710 Clinical Epidemiology [N]</w:t>
            </w:r>
            <w:r>
              <w:t xml:space="preserve">; </w:t>
            </w:r>
            <w:r>
              <w:rPr>
                <w:sz w:val="12"/>
              </w:rPr>
              <w:t>PBH 720 Epidemiology [N]</w:t>
            </w:r>
          </w:p>
          <w:p w14:paraId="2981D2E2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Pitt State: </w:t>
            </w:r>
            <w:r>
              <w:rPr>
                <w:sz w:val="12"/>
              </w:rPr>
              <w:t>HCA 811 Healthcare Systems Management [N]</w:t>
            </w:r>
            <w:r>
              <w:t xml:space="preserve">; </w:t>
            </w:r>
            <w:r>
              <w:rPr>
                <w:sz w:val="12"/>
              </w:rPr>
              <w:t>HCA 812 Healthcare Financial Management [D]</w:t>
            </w:r>
            <w:r>
              <w:t xml:space="preserve">; </w:t>
            </w:r>
            <w:r>
              <w:rPr>
                <w:sz w:val="12"/>
              </w:rPr>
              <w:t>HCA 813 Healthcare Leadership and Operations Management [S]</w:t>
            </w:r>
            <w:r>
              <w:t xml:space="preserve">; </w:t>
            </w:r>
            <w:r>
              <w:rPr>
                <w:sz w:val="12"/>
              </w:rPr>
              <w:t>NURS 720 Healthcare Economics [P]</w:t>
            </w:r>
            <w:r>
              <w:t xml:space="preserve">; </w:t>
            </w:r>
            <w:r>
              <w:rPr>
                <w:sz w:val="12"/>
              </w:rPr>
              <w:t>NURS 885 Informatics for Healthcare [N]</w:t>
            </w:r>
            <w:r>
              <w:t xml:space="preserve">; </w:t>
            </w:r>
            <w:r>
              <w:rPr>
                <w:sz w:val="12"/>
              </w:rPr>
              <w:t>NURS 888 Health Policy [N]</w:t>
            </w:r>
            <w:r>
              <w:t xml:space="preserve">; </w:t>
            </w:r>
            <w:r>
              <w:rPr>
                <w:sz w:val="12"/>
              </w:rPr>
              <w:t>NURS 894 Principles of Epidemiology [N]</w:t>
            </w:r>
          </w:p>
          <w:p w14:paraId="7483FE7E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SEMO: </w:t>
            </w:r>
            <w:r>
              <w:rPr>
                <w:sz w:val="12"/>
              </w:rPr>
              <w:t>EC 585 Healthcare Economics [P]</w:t>
            </w:r>
            <w:r>
              <w:t xml:space="preserve">; </w:t>
            </w:r>
            <w:r>
              <w:rPr>
                <w:sz w:val="12"/>
              </w:rPr>
              <w:t>HA 560 International Healthcare Administration [N]</w:t>
            </w:r>
          </w:p>
          <w:p w14:paraId="06C7122D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UMKC: </w:t>
            </w:r>
            <w:r>
              <w:rPr>
                <w:sz w:val="12"/>
              </w:rPr>
              <w:t>ADM 5571 Financial Management Issues of Health and Human Services Organizations, or HLTH [S]</w:t>
            </w:r>
            <w:r>
              <w:t xml:space="preserve">; </w:t>
            </w:r>
            <w:r>
              <w:rPr>
                <w:sz w:val="12"/>
              </w:rPr>
              <w:t>ADM 5580 The Economics of Health and Medicine [P]</w:t>
            </w:r>
            <w:r>
              <w:t xml:space="preserve">; </w:t>
            </w:r>
            <w:r>
              <w:rPr>
                <w:sz w:val="12"/>
              </w:rPr>
              <w:t>HLTH-ADM 5571 Financial Management Issues of Health and Human Services Organizations [S]</w:t>
            </w:r>
            <w:r>
              <w:t xml:space="preserve">; </w:t>
            </w:r>
            <w:r>
              <w:rPr>
                <w:sz w:val="12"/>
              </w:rPr>
              <w:t>HLTH-ADM 5572 Quality and Safety in Health Care [N]</w:t>
            </w:r>
            <w:r>
              <w:t xml:space="preserve">; </w:t>
            </w:r>
            <w:r>
              <w:rPr>
                <w:sz w:val="12"/>
              </w:rPr>
              <w:t>HLTH-ADM 5573 Health and Social Equity [N]</w:t>
            </w:r>
            <w:r>
              <w:t xml:space="preserve">; </w:t>
            </w:r>
            <w:r>
              <w:rPr>
                <w:sz w:val="12"/>
              </w:rPr>
              <w:t>HLTH-ADM 5577 Leadership and Management in Health Care Organizations [S]</w:t>
            </w:r>
            <w:r>
              <w:t xml:space="preserve">; </w:t>
            </w:r>
            <w:r>
              <w:rPr>
                <w:sz w:val="12"/>
              </w:rPr>
              <w:t>HLTH-ADM 5580 The Economics of Health and Medicine [P]</w:t>
            </w:r>
            <w:r>
              <w:t xml:space="preserve">; </w:t>
            </w:r>
            <w:r>
              <w:rPr>
                <w:sz w:val="12"/>
              </w:rPr>
              <w:t>HLTH-ADM 5581 Health Policy in the United States [N]</w:t>
            </w:r>
          </w:p>
          <w:p w14:paraId="1E10F921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Mizzou: </w:t>
            </w:r>
            <w:r>
              <w:rPr>
                <w:sz w:val="12"/>
              </w:rPr>
              <w:t>HLTH_ADM 7410 Introduction to the US Health Care System [N]</w:t>
            </w:r>
            <w:r>
              <w:t xml:space="preserve">; </w:t>
            </w:r>
            <w:r>
              <w:rPr>
                <w:sz w:val="12"/>
              </w:rPr>
              <w:t>HLTH_ADM 7430 Health Informatics for Leaders [N]</w:t>
            </w:r>
            <w:r>
              <w:t xml:space="preserve">; </w:t>
            </w:r>
            <w:r>
              <w:rPr>
                <w:sz w:val="12"/>
              </w:rPr>
              <w:t>HLTH_ADM 7461 Managing Human Resources in Health Care Organizations [N]</w:t>
            </w:r>
            <w:r>
              <w:t xml:space="preserve">; </w:t>
            </w:r>
            <w:r>
              <w:rPr>
                <w:sz w:val="12"/>
              </w:rPr>
              <w:t>HLTH_ADM 7524 Health Economics [N]</w:t>
            </w:r>
            <w:r>
              <w:t xml:space="preserve">; </w:t>
            </w:r>
            <w:r>
              <w:rPr>
                <w:sz w:val="12"/>
              </w:rPr>
              <w:t>HLTH_ADM 7544 Managerial Epidemiology: Population Health Management [N]</w:t>
            </w:r>
            <w:r>
              <w:t xml:space="preserve">; </w:t>
            </w:r>
            <w:r>
              <w:rPr>
                <w:sz w:val="12"/>
              </w:rPr>
              <w:t>HLTH_ADM 8453 Executive Management Studies [?]</w:t>
            </w:r>
            <w:r>
              <w:t xml:space="preserve">; </w:t>
            </w:r>
            <w:r>
              <w:rPr>
                <w:sz w:val="12"/>
              </w:rPr>
              <w:t>HLTH_ADM 8460 Administration of Health Care Organizations [N]</w:t>
            </w:r>
            <w:r>
              <w:t xml:space="preserve">; </w:t>
            </w:r>
            <w:r>
              <w:rPr>
                <w:sz w:val="12"/>
              </w:rPr>
              <w:t>HLTH_ADM 8571 Decision Support Systems for Health Administration [N]</w:t>
            </w:r>
            <w:r>
              <w:t xml:space="preserve">; </w:t>
            </w:r>
            <w:r>
              <w:rPr>
                <w:sz w:val="12"/>
              </w:rPr>
              <w:t>HLTH_ADM 8573 Decision Making for Health Care Organizations [N]</w:t>
            </w:r>
            <w:r>
              <w:t xml:space="preserve">; </w:t>
            </w:r>
            <w:r>
              <w:rPr>
                <w:sz w:val="12"/>
              </w:rPr>
              <w:t>HLTH_ADM 8574 Health Care Law [N]</w:t>
            </w:r>
            <w:r>
              <w:t xml:space="preserve">; </w:t>
            </w:r>
            <w:r>
              <w:rPr>
                <w:sz w:val="12"/>
              </w:rPr>
              <w:t>HLTH_ADM 8575 Health Policy and Politics [N]</w:t>
            </w:r>
            <w:r>
              <w:t xml:space="preserve">; </w:t>
            </w:r>
            <w:r>
              <w:rPr>
                <w:sz w:val="12"/>
              </w:rPr>
              <w:t>HLTH_ADM 8689 Field Experience in Health Administration [S]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C3223FC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KU, Washburn</w:t>
            </w:r>
          </w:p>
        </w:tc>
      </w:tr>
      <w:tr w:rsidR="00AC46BD" w14:paraId="1256D197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D6CB76C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lastRenderedPageBreak/>
              <w:t>Other / interdisciplinary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3EC581AD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BUS 801 Professional Skills Development</w:t>
            </w:r>
            <w:r>
              <w:t xml:space="preserve">; </w:t>
            </w:r>
            <w:r>
              <w:rPr>
                <w:sz w:val="13"/>
              </w:rPr>
              <w:t>BUS 802 Professional Skills Development II</w:t>
            </w:r>
            <w:r>
              <w:t xml:space="preserve">; </w:t>
            </w:r>
            <w:r>
              <w:rPr>
                <w:sz w:val="13"/>
              </w:rPr>
              <w:t>MGMT 754 Managing Internationally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3A0CA2B7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MGT 760 Selected Topics in Management [?]</w:t>
            </w:r>
            <w:r>
              <w:t xml:space="preserve">; </w:t>
            </w:r>
            <w:r>
              <w:rPr>
                <w:sz w:val="12"/>
              </w:rPr>
              <w:t>MGT 790 Seminar in Management [?]</w:t>
            </w:r>
            <w:r>
              <w:t xml:space="preserve">; </w:t>
            </w:r>
            <w:r>
              <w:rPr>
                <w:sz w:val="12"/>
              </w:rPr>
              <w:t>MGT 796 Independent Study: Business Administration [?]</w:t>
            </w:r>
          </w:p>
          <w:p w14:paraId="11CB0A4B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Pitt State: </w:t>
            </w:r>
            <w:r>
              <w:rPr>
                <w:sz w:val="12"/>
              </w:rPr>
              <w:t>MGT 821 Topics in Business [?]</w:t>
            </w:r>
          </w:p>
          <w:p w14:paraId="3556A17C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Washburn: </w:t>
            </w:r>
            <w:r>
              <w:rPr>
                <w:sz w:val="12"/>
              </w:rPr>
              <w:t>BU 698 Special Topics/Business [?]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577DDB67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Emporia, SEMO, UMKC, Mizzou</w:t>
            </w:r>
          </w:p>
        </w:tc>
      </w:tr>
      <w:tr w:rsidR="00AC46BD" w14:paraId="42592AAA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7B35929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Public / nonprofit administration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670426D" w14:textId="77777777" w:rsidR="00AC46BD" w:rsidRDefault="000F5FA2">
            <w:pPr>
              <w:spacing w:after="0" w:line="228" w:lineRule="auto"/>
            </w:pPr>
            <w:r>
              <w:rPr>
                <w:i/>
                <w:sz w:val="13"/>
              </w:rPr>
              <w:t>None identified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3BB122D8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Mo State: </w:t>
            </w:r>
            <w:r>
              <w:rPr>
                <w:sz w:val="12"/>
              </w:rPr>
              <w:t>ECO 615 Public Sector Economics [N]</w:t>
            </w:r>
          </w:p>
          <w:p w14:paraId="15928ABE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Pitt State: </w:t>
            </w:r>
            <w:r>
              <w:rPr>
                <w:sz w:val="12"/>
              </w:rPr>
              <w:t>ECON 811 Micropolitan Studies [N]</w:t>
            </w:r>
            <w:r>
              <w:t xml:space="preserve">; </w:t>
            </w:r>
            <w:r>
              <w:rPr>
                <w:sz w:val="12"/>
              </w:rPr>
              <w:t>GEOG 701 Urban Planning and Development Issues [N]</w:t>
            </w:r>
            <w:r>
              <w:t xml:space="preserve">; </w:t>
            </w:r>
            <w:r>
              <w:rPr>
                <w:sz w:val="12"/>
              </w:rPr>
              <w:t>POLS 751 State and Local Government [N]</w:t>
            </w:r>
            <w:r>
              <w:t xml:space="preserve">; </w:t>
            </w:r>
            <w:r>
              <w:rPr>
                <w:sz w:val="12"/>
              </w:rPr>
              <w:t>SOC 676 Social Movements [N]</w:t>
            </w:r>
          </w:p>
          <w:p w14:paraId="31E15F6F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UMKC: </w:t>
            </w:r>
            <w:r>
              <w:rPr>
                <w:sz w:val="12"/>
              </w:rPr>
              <w:t>ADM 5554 Seminar on Social Entrepreneurship, or PUB [S]</w:t>
            </w:r>
            <w:r>
              <w:t xml:space="preserve">; </w:t>
            </w:r>
            <w:r>
              <w:rPr>
                <w:sz w:val="12"/>
              </w:rPr>
              <w:t>ADM 5582 Developing the Social Enterprise [N]</w:t>
            </w:r>
            <w:r>
              <w:t xml:space="preserve">; </w:t>
            </w:r>
            <w:r>
              <w:rPr>
                <w:sz w:val="12"/>
              </w:rPr>
              <w:t>PUB-ADM 5510 Public Service Data Analytics [N]</w:t>
            </w:r>
            <w:r>
              <w:t xml:space="preserve">; </w:t>
            </w:r>
            <w:r>
              <w:rPr>
                <w:sz w:val="12"/>
              </w:rPr>
              <w:t>PUB-ADM 5523 Public Policy and Industry [N]</w:t>
            </w:r>
            <w:r>
              <w:t xml:space="preserve">; </w:t>
            </w:r>
            <w:r>
              <w:rPr>
                <w:sz w:val="12"/>
              </w:rPr>
              <w:t>PUB-ADM 5525 Financial Accountability and Policy Development [N]</w:t>
            </w:r>
            <w:r>
              <w:t xml:space="preserve">; </w:t>
            </w:r>
            <w:r>
              <w:rPr>
                <w:sz w:val="12"/>
              </w:rPr>
              <w:t>PUB-ADM 5526 Foundations of Public Service [N]</w:t>
            </w:r>
            <w:r>
              <w:t xml:space="preserve">; </w:t>
            </w:r>
            <w:r>
              <w:rPr>
                <w:sz w:val="12"/>
              </w:rPr>
              <w:t>PUB-ADM 5535 Urban Policy and Administration [N]</w:t>
            </w:r>
            <w:r>
              <w:t xml:space="preserve">; </w:t>
            </w:r>
            <w:r>
              <w:rPr>
                <w:sz w:val="12"/>
              </w:rPr>
              <w:t>PUB-ADM 5536 Managing Urban Economic Development [N]</w:t>
            </w:r>
            <w:r>
              <w:t xml:space="preserve">; </w:t>
            </w:r>
            <w:r>
              <w:rPr>
                <w:sz w:val="12"/>
              </w:rPr>
              <w:t>PUB-ADM 5539 Urban Planning for Public Administrators [N]</w:t>
            </w:r>
            <w:r>
              <w:t xml:space="preserve">; </w:t>
            </w:r>
            <w:r>
              <w:rPr>
                <w:sz w:val="12"/>
              </w:rPr>
              <w:t>PUB-ADM 5540 Local Government Management [N]</w:t>
            </w:r>
            <w:r>
              <w:t xml:space="preserve">; </w:t>
            </w:r>
            <w:r>
              <w:rPr>
                <w:sz w:val="12"/>
              </w:rPr>
              <w:t>PUB-ADM 5541 Public Policy Development and Analysis [N]</w:t>
            </w:r>
            <w:r>
              <w:t xml:space="preserve">; </w:t>
            </w:r>
            <w:r>
              <w:rPr>
                <w:sz w:val="12"/>
              </w:rPr>
              <w:t>PUB-ADM 5544 Public Service Evaluation and Prediction [N]</w:t>
            </w:r>
            <w:r>
              <w:t xml:space="preserve">; </w:t>
            </w:r>
            <w:r>
              <w:rPr>
                <w:sz w:val="12"/>
              </w:rPr>
              <w:t>PUB-ADM 5551 Managing Nonprofit Organizations [N]</w:t>
            </w:r>
            <w:r>
              <w:t xml:space="preserve">; </w:t>
            </w:r>
            <w:r>
              <w:rPr>
                <w:sz w:val="12"/>
              </w:rPr>
              <w:t>PUB-ADM 5552 Community Organizations and Public Policy [N]</w:t>
            </w:r>
            <w:r>
              <w:t xml:space="preserve">; </w:t>
            </w:r>
            <w:r>
              <w:rPr>
                <w:sz w:val="12"/>
              </w:rPr>
              <w:t>PUB-ADM 5553 Nonprofit Financial Management [D]</w:t>
            </w:r>
            <w:r>
              <w:t xml:space="preserve">; </w:t>
            </w:r>
            <w:r>
              <w:rPr>
                <w:sz w:val="12"/>
              </w:rPr>
              <w:t>PUB-ADM 5554 Seminar on Social Entrepreneurship [S]</w:t>
            </w:r>
            <w:r>
              <w:t xml:space="preserve">; </w:t>
            </w:r>
            <w:r>
              <w:rPr>
                <w:sz w:val="12"/>
              </w:rPr>
              <w:t>PUB-ADM 5556 Innovation in Nonprofit Management and Leadership [S]</w:t>
            </w:r>
            <w:r>
              <w:t xml:space="preserve">; </w:t>
            </w:r>
            <w:r>
              <w:rPr>
                <w:sz w:val="12"/>
              </w:rPr>
              <w:t>PUB-ADM 5557 Nonprofit Fundraising and Development [N]</w:t>
            </w:r>
            <w:r>
              <w:t xml:space="preserve">; </w:t>
            </w:r>
            <w:r>
              <w:rPr>
                <w:sz w:val="12"/>
              </w:rPr>
              <w:t>PUB-ADM 5559 Nonprofit Organizations in Context [N]</w:t>
            </w:r>
            <w:r>
              <w:t xml:space="preserve">; </w:t>
            </w:r>
            <w:r>
              <w:rPr>
                <w:sz w:val="12"/>
              </w:rPr>
              <w:t>PUB-ADM 5566 Urban Environmental Policy [N]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2E16F8F2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KU, Emporia, SEMO, Mizzou, Washburn</w:t>
            </w:r>
          </w:p>
        </w:tc>
      </w:tr>
      <w:tr w:rsidR="00AC46BD" w14:paraId="6AC2306A" w14:textId="77777777">
        <w:tc>
          <w:tcPr>
            <w:tcW w:w="208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1C691EC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Real estate</w:t>
            </w:r>
          </w:p>
        </w:tc>
        <w:tc>
          <w:tcPr>
            <w:tcW w:w="2880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9D90697" w14:textId="77777777" w:rsidR="00AC46BD" w:rsidRDefault="000F5FA2">
            <w:pPr>
              <w:spacing w:after="0" w:line="228" w:lineRule="auto"/>
            </w:pPr>
            <w:r>
              <w:rPr>
                <w:i/>
                <w:sz w:val="13"/>
              </w:rPr>
              <w:t>None identified</w:t>
            </w:r>
          </w:p>
        </w:tc>
        <w:tc>
          <w:tcPr>
            <w:tcW w:w="7416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45DEB26F" w14:textId="77777777" w:rsidR="00AC46BD" w:rsidRDefault="000F5FA2">
            <w:pPr>
              <w:spacing w:after="20" w:line="221" w:lineRule="auto"/>
            </w:pPr>
            <w:r>
              <w:rPr>
                <w:b/>
                <w:sz w:val="12"/>
              </w:rPr>
              <w:t xml:space="preserve">UMKC: </w:t>
            </w:r>
            <w:r>
              <w:rPr>
                <w:sz w:val="12"/>
              </w:rPr>
              <w:t>RL-EST 5556 Entrepreneurial Real Estate Process [S]</w:t>
            </w:r>
            <w:r>
              <w:t xml:space="preserve">; </w:t>
            </w:r>
            <w:r>
              <w:rPr>
                <w:sz w:val="12"/>
              </w:rPr>
              <w:t>RL-EST 5571 Real Estate Finance [P]</w:t>
            </w:r>
            <w:r>
              <w:t xml:space="preserve">; </w:t>
            </w:r>
            <w:r>
              <w:rPr>
                <w:sz w:val="12"/>
              </w:rPr>
              <w:t>RL-EST 5573 Real Estate Feasibility and Market Analysis [N]</w:t>
            </w:r>
            <w:r>
              <w:t xml:space="preserve">; </w:t>
            </w:r>
            <w:r>
              <w:rPr>
                <w:sz w:val="12"/>
              </w:rPr>
              <w:t>RL-EST 5574 Real Estate Construction and Development [N]</w:t>
            </w:r>
            <w:r>
              <w:t xml:space="preserve">; </w:t>
            </w:r>
            <w:r>
              <w:rPr>
                <w:sz w:val="12"/>
              </w:rPr>
              <w:t>RL-EST 5576 Real Estate Property and Portfolio Management [S]</w:t>
            </w:r>
            <w:r>
              <w:t xml:space="preserve">; </w:t>
            </w:r>
            <w:r>
              <w:rPr>
                <w:sz w:val="12"/>
              </w:rPr>
              <w:t>RL-EST 5577 Real Estate Valuation [N]</w:t>
            </w:r>
            <w:r>
              <w:t xml:space="preserve">; </w:t>
            </w:r>
            <w:r>
              <w:rPr>
                <w:sz w:val="12"/>
              </w:rPr>
              <w:t>RL-EST 5578 Legal Context of Real Estate [N]</w:t>
            </w:r>
          </w:p>
        </w:tc>
        <w:tc>
          <w:tcPr>
            <w:tcW w:w="1728" w:type="dxa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0B703587" w14:textId="77777777" w:rsidR="00AC46BD" w:rsidRDefault="000F5FA2">
            <w:pPr>
              <w:spacing w:after="0" w:line="228" w:lineRule="auto"/>
            </w:pPr>
            <w:r>
              <w:rPr>
                <w:sz w:val="13"/>
              </w:rPr>
              <w:t>KU, Emporia, Mo State, Pitt State, SEMO, Mizzou, Washburn</w:t>
            </w:r>
          </w:p>
        </w:tc>
      </w:tr>
    </w:tbl>
    <w:p w14:paraId="36C85170" w14:textId="77777777" w:rsidR="00AC46BD" w:rsidRDefault="00AC46BD">
      <w:pPr>
        <w:spacing w:after="0"/>
      </w:pPr>
    </w:p>
    <w:p w14:paraId="3DE903FD" w14:textId="77777777" w:rsidR="00AC46BD" w:rsidRDefault="000F5FA2">
      <w:pPr>
        <w:pStyle w:val="Heading1"/>
      </w:pPr>
      <w:r>
        <w:t>Pairwise capability overlap</w:t>
      </w:r>
    </w:p>
    <w:p w14:paraId="2F4AD3A2" w14:textId="77777777" w:rsidR="00AC46BD" w:rsidRDefault="000F5FA2">
      <w:pPr>
        <w:spacing w:after="60"/>
      </w:pPr>
      <w:r>
        <w:rPr>
          <w:b/>
          <w:sz w:val="17"/>
        </w:rPr>
        <w:t xml:space="preserve">Measure. </w:t>
      </w:r>
      <w:r>
        <w:rPr>
          <w:sz w:val="17"/>
        </w:rPr>
        <w:t>Each percentage is shared capability rows divided by the two schools' combined capability rows. It is a curriculum-overlap indicator, not a ranking or quality score. Exact gaps are visible in the master matrix's final column.</w:t>
      </w:r>
    </w:p>
    <w:tbl>
      <w:tblPr>
        <w:tblW w:w="14128" w:type="dxa"/>
        <w:tblInd w:w="90" w:type="dxa"/>
        <w:tblBorders>
          <w:top w:val="single" w:sz="3" w:space="0" w:color="808080"/>
          <w:left w:val="single" w:sz="3" w:space="0" w:color="808080"/>
          <w:bottom w:val="single" w:sz="3" w:space="0" w:color="808080"/>
          <w:right w:val="single" w:sz="3" w:space="0" w:color="808080"/>
          <w:insideH w:val="single" w:sz="3" w:space="0" w:color="808080"/>
          <w:insideV w:val="single" w:sz="3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469"/>
        <w:gridCol w:w="1469"/>
        <w:gridCol w:w="1469"/>
        <w:gridCol w:w="1469"/>
        <w:gridCol w:w="1469"/>
        <w:gridCol w:w="1469"/>
        <w:gridCol w:w="1469"/>
        <w:gridCol w:w="1469"/>
      </w:tblGrid>
      <w:tr w:rsidR="00AC46BD" w14:paraId="65ED3C00" w14:textId="77777777">
        <w:trPr>
          <w:cantSplit/>
          <w:tblHeader/>
        </w:trPr>
        <w:tc>
          <w:tcPr>
            <w:tcW w:w="2376" w:type="dxa"/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4A5B5B5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School</w:t>
            </w:r>
          </w:p>
        </w:tc>
        <w:tc>
          <w:tcPr>
            <w:tcW w:w="1469" w:type="dxa"/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438C203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KU</w:t>
            </w:r>
          </w:p>
        </w:tc>
        <w:tc>
          <w:tcPr>
            <w:tcW w:w="1469" w:type="dxa"/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077BE16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Emporia</w:t>
            </w:r>
          </w:p>
        </w:tc>
        <w:tc>
          <w:tcPr>
            <w:tcW w:w="1469" w:type="dxa"/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CC43965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Mo State</w:t>
            </w:r>
          </w:p>
        </w:tc>
        <w:tc>
          <w:tcPr>
            <w:tcW w:w="1469" w:type="dxa"/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EDAA4A5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Pitt State</w:t>
            </w:r>
          </w:p>
        </w:tc>
        <w:tc>
          <w:tcPr>
            <w:tcW w:w="1469" w:type="dxa"/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4EB1653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SEMO</w:t>
            </w:r>
          </w:p>
        </w:tc>
        <w:tc>
          <w:tcPr>
            <w:tcW w:w="1469" w:type="dxa"/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9C43377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UMKC</w:t>
            </w:r>
          </w:p>
        </w:tc>
        <w:tc>
          <w:tcPr>
            <w:tcW w:w="1469" w:type="dxa"/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6F71062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Mizzou</w:t>
            </w:r>
          </w:p>
        </w:tc>
        <w:tc>
          <w:tcPr>
            <w:tcW w:w="1469" w:type="dxa"/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F3C4344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Washburn</w:t>
            </w:r>
          </w:p>
        </w:tc>
      </w:tr>
      <w:tr w:rsidR="00AC46BD" w14:paraId="0EA20DC6" w14:textId="77777777">
        <w:trPr>
          <w:cantSplit/>
        </w:trPr>
        <w:tc>
          <w:tcPr>
            <w:tcW w:w="237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923C3F5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KU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C2186CA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D3CC5BB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37%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F7A624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52%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51A668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41%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0DD717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40%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A55A85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36%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327AC2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41%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403535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33%</w:t>
            </w:r>
          </w:p>
        </w:tc>
      </w:tr>
      <w:tr w:rsidR="00AC46BD" w14:paraId="647D1BD9" w14:textId="77777777">
        <w:trPr>
          <w:cantSplit/>
        </w:trPr>
        <w:tc>
          <w:tcPr>
            <w:tcW w:w="237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9F7297C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Emporia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9FF81F8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37%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A29CD99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0C163DD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35%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620E3BD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41%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6CD83F5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39%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54C0D9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39%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1B34867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41%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5ED87BC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36%</w:t>
            </w:r>
          </w:p>
        </w:tc>
      </w:tr>
      <w:tr w:rsidR="00AC46BD" w14:paraId="62AA4325" w14:textId="77777777">
        <w:trPr>
          <w:cantSplit/>
        </w:trPr>
        <w:tc>
          <w:tcPr>
            <w:tcW w:w="237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EA24AE5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Mo State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31FFEB9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52%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D7BB648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35%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E0CAF0A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7A3E607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42%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5BC7AC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43%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ABDFA48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46%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537708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39%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AE4B2B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35%</w:t>
            </w:r>
          </w:p>
        </w:tc>
      </w:tr>
      <w:tr w:rsidR="00AC46BD" w14:paraId="1399B4B8" w14:textId="77777777">
        <w:trPr>
          <w:cantSplit/>
        </w:trPr>
        <w:tc>
          <w:tcPr>
            <w:tcW w:w="237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8DEC2BA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Pitt State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4E11CB5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41%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B171C0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41%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09A1A7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42%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2F5573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91F9D9E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33%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CEE789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37%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393EEB3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52%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D39205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33%</w:t>
            </w:r>
          </w:p>
        </w:tc>
      </w:tr>
      <w:tr w:rsidR="00AC46BD" w14:paraId="21142AA7" w14:textId="77777777">
        <w:trPr>
          <w:cantSplit/>
        </w:trPr>
        <w:tc>
          <w:tcPr>
            <w:tcW w:w="237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AB6C2E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SEMO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05FB30B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40%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2647D6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39%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42B61B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43%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F504AAC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33%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64D943B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93C7CEB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42%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09102EA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41%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6297FA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40%</w:t>
            </w:r>
          </w:p>
        </w:tc>
      </w:tr>
      <w:tr w:rsidR="00AC46BD" w14:paraId="2806A45A" w14:textId="77777777">
        <w:trPr>
          <w:cantSplit/>
        </w:trPr>
        <w:tc>
          <w:tcPr>
            <w:tcW w:w="237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DB5067C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UMKC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4C69744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36%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1A5EBD7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39%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5554C4E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46%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45D24D3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37%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45AA05A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42%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3C64D2C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98B7ED5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22%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78D6FCC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28%</w:t>
            </w:r>
          </w:p>
        </w:tc>
      </w:tr>
      <w:tr w:rsidR="00AC46BD" w14:paraId="71A8FFE5" w14:textId="77777777">
        <w:trPr>
          <w:cantSplit/>
        </w:trPr>
        <w:tc>
          <w:tcPr>
            <w:tcW w:w="237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1DBCFDD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Mizzou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8C2097C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41%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6F2965E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41%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37F5017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39%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630682E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52%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A19A738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41%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530E89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22%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05782C8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84106A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32%</w:t>
            </w:r>
          </w:p>
        </w:tc>
      </w:tr>
      <w:tr w:rsidR="00AC46BD" w14:paraId="063F6AAF" w14:textId="77777777">
        <w:trPr>
          <w:cantSplit/>
        </w:trPr>
        <w:tc>
          <w:tcPr>
            <w:tcW w:w="2376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B6DDC1D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Washburn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0A24257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33%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BD7DC8C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36%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334B1A4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35%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78F9EB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33%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BC7DC6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40%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D5EDE58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28%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B848CAC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32%</w:t>
            </w:r>
          </w:p>
        </w:tc>
        <w:tc>
          <w:tcPr>
            <w:tcW w:w="1469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715468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</w:tbl>
    <w:p w14:paraId="49EC738C" w14:textId="77777777" w:rsidR="00AC46BD" w:rsidRDefault="00AC46BD">
      <w:pPr>
        <w:spacing w:after="0"/>
      </w:pPr>
    </w:p>
    <w:p w14:paraId="0F198FA3" w14:textId="77777777" w:rsidR="00AC46BD" w:rsidRDefault="000F5FA2">
      <w:pPr>
        <w:pStyle w:val="Heading1"/>
      </w:pPr>
      <w:r>
        <w:t>Foundation and pathway courses</w:t>
      </w:r>
    </w:p>
    <w:p w14:paraId="62A82885" w14:textId="77777777" w:rsidR="00AC46BD" w:rsidRDefault="000F5FA2">
      <w:pPr>
        <w:spacing w:after="60"/>
      </w:pPr>
      <w:r>
        <w:rPr>
          <w:b/>
          <w:sz w:val="17"/>
        </w:rPr>
        <w:t xml:space="preserve">Treatment. </w:t>
      </w:r>
      <w:r>
        <w:rPr>
          <w:sz w:val="17"/>
        </w:rPr>
        <w:t>These courses may be required because of prior academic preparation or an accelerated pathway. They are listed for completeness but are not counted as graduate-level equivalencies.</w:t>
      </w:r>
    </w:p>
    <w:tbl>
      <w:tblPr>
        <w:tblW w:w="14112" w:type="dxa"/>
        <w:tblInd w:w="90" w:type="dxa"/>
        <w:tblBorders>
          <w:top w:val="single" w:sz="3" w:space="0" w:color="808080"/>
          <w:left w:val="single" w:sz="3" w:space="0" w:color="808080"/>
          <w:bottom w:val="single" w:sz="3" w:space="0" w:color="808080"/>
          <w:right w:val="single" w:sz="3" w:space="0" w:color="808080"/>
          <w:insideH w:val="single" w:sz="3" w:space="0" w:color="808080"/>
          <w:insideV w:val="single" w:sz="3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440"/>
        <w:gridCol w:w="4680"/>
        <w:gridCol w:w="6192"/>
      </w:tblGrid>
      <w:tr w:rsidR="00AC46BD" w14:paraId="13C6D3DD" w14:textId="77777777">
        <w:trPr>
          <w:cantSplit/>
          <w:tblHeader/>
        </w:trPr>
        <w:tc>
          <w:tcPr>
            <w:tcW w:w="1800" w:type="dxa"/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8275B05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School</w:t>
            </w:r>
          </w:p>
        </w:tc>
        <w:tc>
          <w:tcPr>
            <w:tcW w:w="1440" w:type="dxa"/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8DBAD73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Code</w:t>
            </w:r>
          </w:p>
        </w:tc>
        <w:tc>
          <w:tcPr>
            <w:tcW w:w="4680" w:type="dxa"/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E99FE6D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Official course title</w:t>
            </w:r>
          </w:p>
        </w:tc>
        <w:tc>
          <w:tcPr>
            <w:tcW w:w="6192" w:type="dxa"/>
            <w:shd w:val="clear" w:color="auto" w:fill="E7E6E6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4C279C8" w14:textId="77777777" w:rsidR="00AC46BD" w:rsidRDefault="000F5FA2">
            <w:pPr>
              <w:spacing w:after="0"/>
            </w:pPr>
            <w:r>
              <w:rPr>
                <w:b/>
                <w:sz w:val="14"/>
              </w:rPr>
              <w:t>MBA context</w:t>
            </w:r>
          </w:p>
        </w:tc>
      </w:tr>
      <w:tr w:rsidR="00AC46BD" w14:paraId="281F0925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DBA6F78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Mo State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453328D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ACC 600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6C70A8A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Accounting Concepts for Managers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CEC1645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Possible Foundation Courses (both MBA degrees)</w:t>
            </w:r>
          </w:p>
        </w:tc>
      </w:tr>
      <w:tr w:rsidR="00AC46BD" w14:paraId="290908F1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9AE8D2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Mo State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8693023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ECO 600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6687FF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Fundamentals of Economics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200F02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Possible Foundation Courses (both MBA degrees)</w:t>
            </w:r>
          </w:p>
        </w:tc>
      </w:tr>
      <w:tr w:rsidR="00AC46BD" w14:paraId="6F9C84E5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AA8CF0E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lastRenderedPageBreak/>
              <w:t>Mo State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91C2D3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FIN 600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8FE9A39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Financial Management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A6F6C5B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Possible Foundation Courses (both MBA degrees)</w:t>
            </w:r>
          </w:p>
        </w:tc>
      </w:tr>
      <w:tr w:rsidR="00AC46BD" w14:paraId="1656A8DE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2A33AFA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Mo State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B1A7757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LAW 600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1611B6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Legal Environment for Business Managers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563F263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Possible Foundation Courses (both MBA degrees)</w:t>
            </w:r>
          </w:p>
        </w:tc>
      </w:tr>
      <w:tr w:rsidR="00AC46BD" w14:paraId="54CA28E9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5990B84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Mo State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B5B89A4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MGT 600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1BC256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Administrative, Organizational and Operations Concepts for Managers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9F2DB0B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Possible Foundation Courses (both MBA degrees)</w:t>
            </w:r>
          </w:p>
        </w:tc>
      </w:tr>
      <w:tr w:rsidR="00AC46BD" w14:paraId="15C7CC91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A904C68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Mo State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CD022D9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QBA 600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7D5BC58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Statistical Methods in Business Research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DA749D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Possible Foundation Courses (both MBA degrees)</w:t>
            </w:r>
          </w:p>
        </w:tc>
      </w:tr>
      <w:tr w:rsidR="00AC46BD" w14:paraId="027580C0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CFF90E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Pitt State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3668033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ACCTG 201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E510AA7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Financial Accounting plus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612989D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Traditional MBA Prerequisite Foundation; Accounting</w:t>
            </w:r>
          </w:p>
        </w:tc>
      </w:tr>
      <w:tr w:rsidR="00AC46BD" w14:paraId="768FD0F0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0D904B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Pitt State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095C3F5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ACCTG 202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C8B6DB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Managerial Accounting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BFBD10E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Traditional MBA Prerequisite Foundation; Accounting</w:t>
            </w:r>
          </w:p>
        </w:tc>
      </w:tr>
      <w:tr w:rsidR="00AC46BD" w14:paraId="19320A21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64F72A3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Pitt State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0ED9CD3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ACCTG 811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6A61AAD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Seminar in Accounting (3 hours; Accounting for MBAs topic)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D5A3863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Traditional MBA Prerequisite Foundation; Accounting; International Business</w:t>
            </w:r>
          </w:p>
        </w:tc>
      </w:tr>
      <w:tr w:rsidR="00AC46BD" w14:paraId="4ECE90D1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FBB578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Pitt State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118963A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ECON 805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74808E8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Economic Analysis, or 9 hours of economics including 3 hours of intermediate microeconomics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18AA45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Traditional MBA Prerequisite Foundation</w:t>
            </w:r>
          </w:p>
        </w:tc>
      </w:tr>
      <w:tr w:rsidR="00AC46BD" w14:paraId="5318CF85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596702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Pitt State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75953EB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FIN 326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8F550B7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Business Finance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626370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Traditional MBA Prerequisite Foundation</w:t>
            </w:r>
          </w:p>
        </w:tc>
      </w:tr>
      <w:tr w:rsidR="00AC46BD" w14:paraId="346C55B1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9DDF6F5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Pitt State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358067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MGT 330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2FC1D6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Management and Organizational Behavior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D00D807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Traditional MBA Prerequisite Foundation</w:t>
            </w:r>
          </w:p>
        </w:tc>
      </w:tr>
      <w:tr w:rsidR="00AC46BD" w14:paraId="3544FC96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B203647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Pitt State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DCF068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QBA 210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A394BFE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Business Statistics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32533E7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Traditional MBA Prerequisite Foundation</w:t>
            </w:r>
          </w:p>
        </w:tc>
      </w:tr>
      <w:tr w:rsidR="00AC46BD" w14:paraId="0F9B9245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29ACDE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SEMO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7D9CE5D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BA 607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9CEAF8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Graduate Business Management Essentials, when management prerequisite competency is required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92FF375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Pre-MBA Foundation Competencies</w:t>
            </w:r>
          </w:p>
        </w:tc>
      </w:tr>
      <w:tr w:rsidR="00AC46BD" w14:paraId="779BDC5D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E470E79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UMKC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70314A4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ACCTNG 5503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C3BCBDD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Financial Accounting for Decision Making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D08D9E5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Shared MBA Foundation (PMBA and MBA in Business Analytics); MBA Pathways and Combined Programs</w:t>
            </w:r>
          </w:p>
        </w:tc>
      </w:tr>
      <w:tr w:rsidR="00AC46BD" w14:paraId="181974F3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161C223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UMKC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E619734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DSOM 5511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0F25B3D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Supply Chain and Operations Management in the Era of AI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CA31995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Shared MBA Foundation (PMBA and MBA in Business Analytics); MBA Pathways and Combined Programs</w:t>
            </w:r>
          </w:p>
        </w:tc>
      </w:tr>
      <w:tr w:rsidR="00AC46BD" w14:paraId="58ED6731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3A83F8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UMKC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8991EAB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DSOM 5558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53A41B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Data Visualization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6F6E649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Decision Science and Operations Management; Business Analytics Requirements Beyond the Shared Foundation; Business Analytics Certificate (12 hours)</w:t>
            </w:r>
          </w:p>
        </w:tc>
      </w:tr>
      <w:tr w:rsidR="00AC46BD" w14:paraId="679A11A6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69CB97D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UMKC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584BF75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ENT 5508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0B1DD8C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Corporate Entrepreneurship and Innovation: Meeting the Management Challenge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28D08D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PMBA Requirements Beyond the Shared Foundation; Technology Innovation and Management Certificate (12 hours)</w:t>
            </w:r>
          </w:p>
        </w:tc>
      </w:tr>
      <w:tr w:rsidR="00AC46BD" w14:paraId="2D32B3CA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CA407D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UMKC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BCC8FBA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ENT 5550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1B2B24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Entrepreneurial Consulting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F6D3FBA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PMBA Requirements Beyond the Shared Foundation</w:t>
            </w:r>
          </w:p>
        </w:tc>
      </w:tr>
      <w:tr w:rsidR="00AC46BD" w14:paraId="15136906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D281178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UMKC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532EE33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FIN 5509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DE910EB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Financial Management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13ABA8D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Shared MBA Foundation (PMBA and MBA in Business Analytics); MBA Pathways and Combined Programs</w:t>
            </w:r>
          </w:p>
        </w:tc>
      </w:tr>
      <w:tr w:rsidR="00AC46BD" w14:paraId="24C996D2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4B0CEB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UMKC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DF62907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HLTH-ADM 5578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790CB6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Data Analysis for Health Care Managers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8D74045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Health Administration; Business Analytics Requirements Beyond the Shared Foundation; Business Analytics Certificate (12 hours); Health Leadership Certificate (12 hours); Public Policy Analysis Certificate (12 hours)</w:t>
            </w:r>
          </w:p>
        </w:tc>
      </w:tr>
      <w:tr w:rsidR="00AC46BD" w14:paraId="1A941A73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4ABC483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UMKC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C9EC7B5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MGT 5512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26036BB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Leading and Managing People, Teams and Organizations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02084D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Shared MBA Foundation (PMBA and MBA in Business Analytics)</w:t>
            </w:r>
          </w:p>
        </w:tc>
      </w:tr>
      <w:tr w:rsidR="00AC46BD" w14:paraId="06ACCA9B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EC75D0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UMKC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149D388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MGT 5514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844BC09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Strategic Management in the Globalized World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FEE5E84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Shared MBA Foundation (PMBA and MBA in Business Analytics); MBA Pathways and Combined Programs</w:t>
            </w:r>
          </w:p>
        </w:tc>
      </w:tr>
      <w:tr w:rsidR="00AC46BD" w14:paraId="634F389D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DE5539B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UMKC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1C53D18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MIS 5507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6C5AF1E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Business Analytics and AI-Augmented Decision Making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8DBCCDE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Shared MBA Foundation (PMBA and MBA in Business Analytics); MBA Pathways and Combined Programs</w:t>
            </w:r>
          </w:p>
        </w:tc>
      </w:tr>
      <w:tr w:rsidR="00AC46BD" w14:paraId="68A25E10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13BC25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UMKC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C9A6AC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MIS 5522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AFE32F8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Artificial Intelligence for Business Operations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4F6518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Shared MBA Foundation (PMBA and MBA in Business Analytics); MBA Pathways and Combined Programs</w:t>
            </w:r>
          </w:p>
        </w:tc>
      </w:tr>
      <w:tr w:rsidR="00AC46BD" w14:paraId="0DDB3DF5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7FF8A98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UMKC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174A995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MIS 5557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39A9417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Intermediate Business Analytics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C3023D3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Management Information Systems; Business Analytics Requirements Beyond the Shared Foundation; Business Analytics Certificate (12 hours)</w:t>
            </w:r>
          </w:p>
        </w:tc>
      </w:tr>
      <w:tr w:rsidR="00AC46BD" w14:paraId="02E3E59A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EE48D7D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UMKC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114B1B4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MIS 5559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1F2103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Data Management for Business Analytics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E6424C9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Management Information Systems; Business Analytics Requirements Beyond the Shared Foundation; Business Analytics Certificate (12 hours)</w:t>
            </w:r>
          </w:p>
        </w:tc>
      </w:tr>
      <w:tr w:rsidR="00AC46BD" w14:paraId="2A957623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BEBE95B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UMKC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46452E8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MIS 5581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7CD48A7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Human Resources Analytics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968F54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Management Information Systems; Business Analytics Requirements Beyond the Shared Foundation; Business Analytics Certificate (12 hours)</w:t>
            </w:r>
          </w:p>
        </w:tc>
      </w:tr>
      <w:tr w:rsidR="00AC46BD" w14:paraId="31B3953F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2E1E70B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UMKC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F697207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MIS 5582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B48590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AI and Automation in Business Processes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18B226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Management Information Systems; Business Analytics Requirements Beyond the Shared Foundation; Business Analytics Certificate (12 hours)</w:t>
            </w:r>
          </w:p>
        </w:tc>
      </w:tr>
      <w:tr w:rsidR="00AC46BD" w14:paraId="22B7B19B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17164D5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UMKC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6361C25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MIS 5585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4E265F8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Business Analytics Capstone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C6ED394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Management Information Systems; Business Analytics Requirements Beyond the Shared Foundation</w:t>
            </w:r>
          </w:p>
        </w:tc>
      </w:tr>
      <w:tr w:rsidR="00AC46BD" w14:paraId="2C3D4CA7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C253CCE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lastRenderedPageBreak/>
              <w:t>UMKC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B9A9F33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MIS 5587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5DA44D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Special Topics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18EBEE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Management Information Systems; Business Analytics Requirements Beyond the Shared Foundation</w:t>
            </w:r>
          </w:p>
        </w:tc>
      </w:tr>
      <w:tr w:rsidR="00AC46BD" w14:paraId="58D49E94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6B25BC3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UMKC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377316A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MKT 5504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EAF86B9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Marketing Management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ED05188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Shared MBA Foundation (PMBA and MBA in Business Analytics)</w:t>
            </w:r>
          </w:p>
        </w:tc>
      </w:tr>
      <w:tr w:rsidR="00AC46BD" w14:paraId="24144466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FD47B3D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UMKC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588CD7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MKT 5562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C3E52AD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Marketing Research and Analytics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DF67C87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Marketing; Business Analytics Requirements Beyond the Shared Foundation; Business Analytics Certificate (12 hours)</w:t>
            </w:r>
          </w:p>
        </w:tc>
      </w:tr>
      <w:tr w:rsidR="00AC46BD" w14:paraId="5BB91741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890D28C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UMKC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6EA285E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MKT 5566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01B5A05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Predictive Analytics Using R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4592A5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Marketing; Business Analytics Requirements Beyond the Shared Foundation; Business Analytics Certificate (12 hours)</w:t>
            </w:r>
          </w:p>
        </w:tc>
      </w:tr>
      <w:tr w:rsidR="00AC46BD" w14:paraId="09DB6DC6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6BDF8D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UMKC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0FF72D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PUB-ADM 5582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2E4B6AA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Developing the Social Enterprise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B40391A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PMBA Requirements Beyond the Shared Foundation; Nonprofit Management and Innovation Certificate (12 hours)</w:t>
            </w:r>
          </w:p>
        </w:tc>
      </w:tr>
      <w:tr w:rsidR="00AC46BD" w14:paraId="11ABC203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20EE87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Washburn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0F83B0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AC 224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DFC43D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Financial Accounting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1C29A7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MBA 3+2 Early Admission Pathway</w:t>
            </w:r>
          </w:p>
        </w:tc>
      </w:tr>
      <w:tr w:rsidR="00AC46BD" w14:paraId="1F823E32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53EA238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Washburn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EE1E98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AC 225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BC7C55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Managerial Accounting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9E98AE5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MBA 3+2 Early Admission Pathway</w:t>
            </w:r>
          </w:p>
        </w:tc>
      </w:tr>
      <w:tr w:rsidR="00AC46BD" w14:paraId="1DE765F0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298D72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Washburn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C8409CE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BU 250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078F49D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Management Information Systems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B4CD72C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MBA 3+2 Early Admission Pathway</w:t>
            </w:r>
          </w:p>
        </w:tc>
      </w:tr>
      <w:tr w:rsidR="00AC46BD" w14:paraId="1B3CA3E8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13E6F7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Washburn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3463849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BU 342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7EA3A7D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Organization &amp; Management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FD28B74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MBA 3+2 Early Admission Pathway</w:t>
            </w:r>
          </w:p>
        </w:tc>
      </w:tr>
      <w:tr w:rsidR="00AC46BD" w14:paraId="669ECB5C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068A8B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Washburn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A1C44A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BU 360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9817C0D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Principles of Marketing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780E35A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MBA 3+2 Early Admission Pathway</w:t>
            </w:r>
          </w:p>
        </w:tc>
      </w:tr>
      <w:tr w:rsidR="00AC46BD" w14:paraId="45D9448D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4EC763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Washburn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E7F139D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BU 381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C203165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Business Finance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A13D4D8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MBA 3+2 Early Admission Pathway</w:t>
            </w:r>
          </w:p>
        </w:tc>
      </w:tr>
      <w:tr w:rsidR="00AC46BD" w14:paraId="38658DDA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B27A625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Washburn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B1DB9D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BU 522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E709773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Business Analysis Tools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06EDECA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Foundation-Level Courses (if assigned)</w:t>
            </w:r>
          </w:p>
        </w:tc>
      </w:tr>
      <w:tr w:rsidR="00AC46BD" w14:paraId="4F9031F0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AFFACF4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Washburn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D9AD9E5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BU 526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8A5E415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Accounting and Finance for Managers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F2BD4D0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Foundation-Level Courses (if assigned)</w:t>
            </w:r>
          </w:p>
        </w:tc>
      </w:tr>
      <w:tr w:rsidR="00AC46BD" w14:paraId="57B9B1BE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9D8A01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Washburn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683C098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EC 200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7780604E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Principles of Microeconomics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2FB8F6B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MBA 3+2 Early Admission Pathway</w:t>
            </w:r>
          </w:p>
        </w:tc>
      </w:tr>
      <w:tr w:rsidR="00AC46BD" w14:paraId="454F0368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9E4B6DE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Washburn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6482B4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EC 211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9B036D4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Statistics for Business and Economics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834312B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MBA 3+2 Early Admission Pathway</w:t>
            </w:r>
          </w:p>
        </w:tc>
      </w:tr>
      <w:tr w:rsidR="00AC46BD" w14:paraId="3EF349D6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3427CE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Washburn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8BDA43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EC 525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E52DCEF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Economic Environment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BF2715A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Foundation-Level Courses (if assigned)</w:t>
            </w:r>
          </w:p>
        </w:tc>
      </w:tr>
      <w:tr w:rsidR="00AC46BD" w14:paraId="50E211ED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6645CCE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Washburn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2348F7F2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MA 116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15CBFBA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College Algebra, or an equivalent course, is a prerequisite for all MBA students.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1E3420FB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Admission and Foundation Requirements; MBA 3+2 Early Admission Pathway</w:t>
            </w:r>
          </w:p>
        </w:tc>
      </w:tr>
      <w:tr w:rsidR="00AC46BD" w14:paraId="387DE7FF" w14:textId="77777777">
        <w:trPr>
          <w:cantSplit/>
        </w:trPr>
        <w:tc>
          <w:tcPr>
            <w:tcW w:w="180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BD69BA6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Washburn</w:t>
            </w:r>
          </w:p>
        </w:tc>
        <w:tc>
          <w:tcPr>
            <w:tcW w:w="144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31DEE05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MA 140</w:t>
            </w:r>
          </w:p>
        </w:tc>
        <w:tc>
          <w:tcPr>
            <w:tcW w:w="4680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E4110ED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Statistics</w:t>
            </w:r>
          </w:p>
        </w:tc>
        <w:tc>
          <w:tcPr>
            <w:tcW w:w="6192" w:type="dxa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51334F81" w14:textId="77777777" w:rsidR="00AC46BD" w:rsidRDefault="000F5FA2">
            <w:pPr>
              <w:spacing w:after="0" w:line="240" w:lineRule="auto"/>
            </w:pPr>
            <w:r>
              <w:rPr>
                <w:sz w:val="14"/>
              </w:rPr>
              <w:t>MBA 3+2 Early Admission Pathway</w:t>
            </w:r>
          </w:p>
        </w:tc>
      </w:tr>
    </w:tbl>
    <w:p w14:paraId="5139FD33" w14:textId="77777777" w:rsidR="00AC46BD" w:rsidRDefault="00AC46BD">
      <w:pPr>
        <w:spacing w:after="0"/>
      </w:pPr>
    </w:p>
    <w:p w14:paraId="38B36605" w14:textId="77777777" w:rsidR="00AC46BD" w:rsidRDefault="000F5FA2">
      <w:pPr>
        <w:pStyle w:val="Heading1"/>
      </w:pPr>
      <w:r>
        <w:t>Official sources</w:t>
      </w:r>
    </w:p>
    <w:p w14:paraId="555D9526" w14:textId="77777777" w:rsidR="00AC46BD" w:rsidRDefault="000F5FA2">
      <w:pPr>
        <w:pStyle w:val="Heading2"/>
      </w:pPr>
      <w:r>
        <w:t>KU official sources</w:t>
      </w:r>
    </w:p>
    <w:p w14:paraId="022FA9A7" w14:textId="77777777" w:rsidR="00AC46BD" w:rsidRDefault="000F5FA2">
      <w:pPr>
        <w:spacing w:after="60" w:line="240" w:lineRule="auto"/>
      </w:pPr>
      <w:hyperlink r:id="rId8">
        <w:r>
          <w:rPr>
            <w:sz w:val="14"/>
            <w:szCs w:val="14"/>
            <w:u w:val="single"/>
          </w:rPr>
          <w:t>business.ku.edu/graduate-programs/full-time-mba/dual-degree-programs</w:t>
        </w:r>
      </w:hyperlink>
      <w:r>
        <w:rPr>
          <w:sz w:val="14"/>
        </w:rPr>
        <w:t xml:space="preserve">; </w:t>
      </w:r>
      <w:hyperlink r:id="rId9">
        <w:r>
          <w:rPr>
            <w:sz w:val="14"/>
            <w:szCs w:val="14"/>
            <w:u w:val="single"/>
          </w:rPr>
          <w:t>business.ku.edu/graduate-programs/full-time-mba/joint-degree-programs/ms-bsan</w:t>
        </w:r>
      </w:hyperlink>
      <w:r>
        <w:rPr>
          <w:sz w:val="14"/>
        </w:rPr>
        <w:t xml:space="preserve">; </w:t>
      </w:r>
      <w:hyperlink r:id="rId10">
        <w:r>
          <w:rPr>
            <w:sz w:val="14"/>
            <w:szCs w:val="14"/>
            <w:u w:val="single"/>
          </w:rPr>
          <w:t>business.ku.edu/graduate-programs/hybrid-MBA</w:t>
        </w:r>
      </w:hyperlink>
      <w:r>
        <w:rPr>
          <w:sz w:val="14"/>
        </w:rPr>
        <w:t xml:space="preserve">; </w:t>
      </w:r>
      <w:hyperlink r:id="rId11">
        <w:r>
          <w:rPr>
            <w:sz w:val="14"/>
            <w:szCs w:val="14"/>
            <w:u w:val="single"/>
          </w:rPr>
          <w:t>catalog.ku.edu/business/mba/</w:t>
        </w:r>
      </w:hyperlink>
      <w:r>
        <w:rPr>
          <w:sz w:val="14"/>
        </w:rPr>
        <w:t xml:space="preserve">; </w:t>
      </w:r>
      <w:hyperlink r:id="rId12">
        <w:r>
          <w:rPr>
            <w:sz w:val="14"/>
            <w:szCs w:val="14"/>
            <w:u w:val="single"/>
          </w:rPr>
          <w:t>onlinemba.ku.edu/online-mba-ms-dual-degree</w:t>
        </w:r>
      </w:hyperlink>
      <w:r>
        <w:rPr>
          <w:sz w:val="14"/>
        </w:rPr>
        <w:t xml:space="preserve">; </w:t>
      </w:r>
      <w:hyperlink r:id="rId13">
        <w:r>
          <w:rPr>
            <w:sz w:val="14"/>
            <w:szCs w:val="14"/>
            <w:u w:val="single"/>
          </w:rPr>
          <w:t>onlinemba.ku.edu/online-mba-ms-dual-degree/course-descriptions</w:t>
        </w:r>
      </w:hyperlink>
      <w:r>
        <w:rPr>
          <w:sz w:val="14"/>
        </w:rPr>
        <w:t xml:space="preserve">; </w:t>
      </w:r>
      <w:hyperlink r:id="rId14">
        <w:r>
          <w:rPr>
            <w:sz w:val="14"/>
            <w:szCs w:val="14"/>
            <w:u w:val="single"/>
          </w:rPr>
          <w:t>onlinemba.ku.edu/online-mba/course-descriptions</w:t>
        </w:r>
      </w:hyperlink>
    </w:p>
    <w:p w14:paraId="798C0CC8" w14:textId="77777777" w:rsidR="00AC46BD" w:rsidRDefault="000F5FA2">
      <w:pPr>
        <w:pStyle w:val="Heading2"/>
      </w:pPr>
      <w:r>
        <w:t>Peer official sources</w:t>
      </w:r>
    </w:p>
    <w:p w14:paraId="0CD35FCE" w14:textId="77777777" w:rsidR="00AC46BD" w:rsidRDefault="000F5FA2">
      <w:pPr>
        <w:spacing w:after="60" w:line="240" w:lineRule="auto"/>
      </w:pPr>
      <w:r>
        <w:rPr>
          <w:b/>
          <w:sz w:val="14"/>
        </w:rPr>
        <w:t xml:space="preserve">Emporia: </w:t>
      </w:r>
      <w:hyperlink r:id="rId15">
        <w:r>
          <w:rPr>
            <w:sz w:val="14"/>
            <w:szCs w:val="14"/>
            <w:u w:val="single"/>
          </w:rPr>
          <w:t>www.emporia.edu/school-business/entrepreneurship-management/master-business-administration/</w:t>
        </w:r>
      </w:hyperlink>
      <w:r>
        <w:rPr>
          <w:sz w:val="14"/>
        </w:rPr>
        <w:t xml:space="preserve">; </w:t>
      </w:r>
      <w:r>
        <w:rPr>
          <w:b/>
          <w:sz w:val="14"/>
        </w:rPr>
        <w:t xml:space="preserve">Mo State: </w:t>
      </w:r>
      <w:hyperlink r:id="rId16">
        <w:r>
          <w:rPr>
            <w:sz w:val="14"/>
            <w:szCs w:val="14"/>
            <w:u w:val="single"/>
          </w:rPr>
          <w:t>mba.missouristate.edu/ProgramRequirements.htm</w:t>
        </w:r>
      </w:hyperlink>
      <w:r>
        <w:rPr>
          <w:sz w:val="14"/>
        </w:rPr>
        <w:t xml:space="preserve">; </w:t>
      </w:r>
      <w:r>
        <w:rPr>
          <w:b/>
          <w:sz w:val="14"/>
        </w:rPr>
        <w:t xml:space="preserve">Pitt State: </w:t>
      </w:r>
      <w:hyperlink r:id="rId17">
        <w:r>
          <w:rPr>
            <w:sz w:val="14"/>
            <w:szCs w:val="14"/>
            <w:u w:val="single"/>
          </w:rPr>
          <w:t>www.pittstate.edu/business/programs/business-administration-masters/index.html</w:t>
        </w:r>
      </w:hyperlink>
      <w:r>
        <w:rPr>
          <w:sz w:val="14"/>
        </w:rPr>
        <w:t xml:space="preserve">; </w:t>
      </w:r>
      <w:r>
        <w:rPr>
          <w:b/>
          <w:sz w:val="14"/>
        </w:rPr>
        <w:t xml:space="preserve">SEMO: </w:t>
      </w:r>
      <w:hyperlink r:id="rId18">
        <w:r>
          <w:rPr>
            <w:sz w:val="14"/>
            <w:szCs w:val="14"/>
            <w:u w:val="single"/>
          </w:rPr>
          <w:t>semo.edu/colleges-departments/business-computing/mba/</w:t>
        </w:r>
      </w:hyperlink>
      <w:r>
        <w:rPr>
          <w:sz w:val="14"/>
        </w:rPr>
        <w:t xml:space="preserve">; </w:t>
      </w:r>
      <w:r>
        <w:rPr>
          <w:b/>
          <w:sz w:val="14"/>
        </w:rPr>
        <w:t xml:space="preserve">UMKC: </w:t>
      </w:r>
      <w:hyperlink r:id="rId19">
        <w:r>
          <w:rPr>
            <w:sz w:val="14"/>
            <w:szCs w:val="14"/>
            <w:u w:val="single"/>
          </w:rPr>
          <w:t>catalog.umkc.edu/colleges-schools/henry-w-bloch-management/graduate-programs/master-of-business-administration/</w:t>
        </w:r>
      </w:hyperlink>
      <w:r>
        <w:rPr>
          <w:sz w:val="14"/>
        </w:rPr>
        <w:t xml:space="preserve">; </w:t>
      </w:r>
      <w:r>
        <w:rPr>
          <w:b/>
          <w:sz w:val="14"/>
        </w:rPr>
        <w:t xml:space="preserve">Mizzou: </w:t>
      </w:r>
      <w:hyperlink r:id="rId20">
        <w:r>
          <w:rPr>
            <w:sz w:val="14"/>
            <w:szCs w:val="14"/>
            <w:u w:val="single"/>
          </w:rPr>
          <w:t>catalog.missouri.edu/collegeofbusiness/businessadministration/mba-business-administration/</w:t>
        </w:r>
      </w:hyperlink>
      <w:r>
        <w:rPr>
          <w:sz w:val="14"/>
        </w:rPr>
        <w:t xml:space="preserve">; </w:t>
      </w:r>
      <w:r>
        <w:rPr>
          <w:b/>
          <w:sz w:val="14"/>
        </w:rPr>
        <w:t xml:space="preserve">Washburn: </w:t>
      </w:r>
      <w:hyperlink r:id="rId21">
        <w:r>
          <w:rPr>
            <w:sz w:val="14"/>
            <w:szCs w:val="14"/>
            <w:u w:val="single"/>
          </w:rPr>
          <w:t>www.washburn.edu/academics/college-schools/business/MBA/courses.html</w:t>
        </w:r>
      </w:hyperlink>
    </w:p>
    <w:p w14:paraId="240F11B8" w14:textId="0756A4AA" w:rsidR="00AC46BD" w:rsidRDefault="00AC46BD">
      <w:pPr>
        <w:spacing w:after="60"/>
      </w:pPr>
    </w:p>
    <w:sectPr w:rsidR="00AC46BD" w:rsidSect="00034616">
      <w:headerReference w:type="default" r:id="rId22"/>
      <w:footerReference w:type="default" r:id="rId23"/>
      <w:pgSz w:w="15840" w:h="12240" w:orient="landscape"/>
      <w:pgMar w:top="792" w:right="792" w:bottom="792" w:left="792" w:header="403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D7A781" w14:textId="77777777" w:rsidR="003B2BE8" w:rsidRDefault="003B2BE8">
      <w:pPr>
        <w:spacing w:after="0" w:line="240" w:lineRule="auto"/>
      </w:pPr>
      <w:r>
        <w:separator/>
      </w:r>
    </w:p>
  </w:endnote>
  <w:endnote w:type="continuationSeparator" w:id="0">
    <w:p w14:paraId="2914DD68" w14:textId="77777777" w:rsidR="003B2BE8" w:rsidRDefault="003B2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B31EC9" w14:textId="77777777" w:rsidR="00AC46BD" w:rsidRDefault="000F5FA2">
    <w:pPr>
      <w:pStyle w:val="Footer"/>
      <w:jc w:val="right"/>
    </w:pPr>
    <w:r>
      <w:rPr>
        <w:color w:val="555555"/>
        <w:sz w:val="16"/>
      </w:rP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8E64D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8A3818" w14:textId="77777777" w:rsidR="003B2BE8" w:rsidRDefault="003B2BE8">
      <w:pPr>
        <w:spacing w:after="0" w:line="240" w:lineRule="auto"/>
      </w:pPr>
      <w:r>
        <w:separator/>
      </w:r>
    </w:p>
  </w:footnote>
  <w:footnote w:type="continuationSeparator" w:id="0">
    <w:p w14:paraId="074DCB02" w14:textId="77777777" w:rsidR="003B2BE8" w:rsidRDefault="003B2B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FCF547" w14:textId="77777777" w:rsidR="00AC46BD" w:rsidRDefault="000F5FA2">
    <w:pPr>
      <w:pStyle w:val="Header"/>
    </w:pPr>
    <w:r>
      <w:rPr>
        <w:b/>
        <w:color w:val="555555"/>
        <w:sz w:val="15"/>
      </w:rPr>
      <w:t>KU MBA COURSE COMPARISON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2998417">
    <w:abstractNumId w:val="8"/>
  </w:num>
  <w:num w:numId="2" w16cid:durableId="858858255">
    <w:abstractNumId w:val="6"/>
  </w:num>
  <w:num w:numId="3" w16cid:durableId="1910921373">
    <w:abstractNumId w:val="5"/>
  </w:num>
  <w:num w:numId="4" w16cid:durableId="1928228197">
    <w:abstractNumId w:val="4"/>
  </w:num>
  <w:num w:numId="5" w16cid:durableId="1256210871">
    <w:abstractNumId w:val="7"/>
  </w:num>
  <w:num w:numId="6" w16cid:durableId="515267844">
    <w:abstractNumId w:val="3"/>
  </w:num>
  <w:num w:numId="7" w16cid:durableId="1409420528">
    <w:abstractNumId w:val="2"/>
  </w:num>
  <w:num w:numId="8" w16cid:durableId="407926264">
    <w:abstractNumId w:val="1"/>
  </w:num>
  <w:num w:numId="9" w16cid:durableId="31237060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5FA2"/>
    <w:rsid w:val="0015074B"/>
    <w:rsid w:val="0029639D"/>
    <w:rsid w:val="00326F90"/>
    <w:rsid w:val="003B2BE8"/>
    <w:rsid w:val="00583B72"/>
    <w:rsid w:val="007B11A5"/>
    <w:rsid w:val="008E64DC"/>
    <w:rsid w:val="00A607FA"/>
    <w:rsid w:val="00AA1D8D"/>
    <w:rsid w:val="00AC46BD"/>
    <w:rsid w:val="00B47730"/>
    <w:rsid w:val="00C67785"/>
    <w:rsid w:val="00CB0664"/>
    <w:rsid w:val="00E13CD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D56318"/>
  <w14:defaultImageDpi w14:val="300"/>
  <w15:docId w15:val="{9CCAEBA5-D4EE-BB4D-B5D5-5874FCB41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color w:val="000000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/>
      <w:b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200"/>
    </w:pPr>
    <w:rPr>
      <w:rFonts w:asciiTheme="majorHAnsi" w:eastAsiaTheme="majorEastAsia" w:hAnsiTheme="majorHAnsi" w:cstheme="majorBidi"/>
      <w:i/>
      <w:iCs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siness.ku.edu/graduate-programs/full-time-mba/dual-degree-programs" TargetMode="External"/><Relationship Id="rId13" Type="http://schemas.openxmlformats.org/officeDocument/2006/relationships/hyperlink" Target="https://onlinemba.ku.edu/online-mba-ms-dual-degree/course-descriptions" TargetMode="External"/><Relationship Id="rId18" Type="http://schemas.openxmlformats.org/officeDocument/2006/relationships/hyperlink" Target="https://semo.edu/colleges-departments/business-computing/mba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washburn.edu/academics/college-schools/business/MBA/courses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onlinemba.ku.edu/online-mba-ms-dual-degree" TargetMode="External"/><Relationship Id="rId17" Type="http://schemas.openxmlformats.org/officeDocument/2006/relationships/hyperlink" Target="https://www.pittstate.edu/business/programs/business-administration-masters/index.html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mba.missouristate.edu/ProgramRequirements.htm" TargetMode="External"/><Relationship Id="rId20" Type="http://schemas.openxmlformats.org/officeDocument/2006/relationships/hyperlink" Target="https://catalog.missouri.edu/collegeofbusiness/businessadministration/mba-business-administration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atalog.ku.edu/business/mba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emporia.edu/school-business/entrepreneurship-management/master-business-administration/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business.ku.edu/graduate-programs/hybrid-MBA" TargetMode="External"/><Relationship Id="rId19" Type="http://schemas.openxmlformats.org/officeDocument/2006/relationships/hyperlink" Target="https://catalog.umkc.edu/colleges-schools/henry-w-bloch-management/graduate-programs/master-of-business-administration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iness.ku.edu/graduate-programs/full-time-mba/joint-degree-programs/ms-bsan" TargetMode="External"/><Relationship Id="rId14" Type="http://schemas.openxmlformats.org/officeDocument/2006/relationships/hyperlink" Target="https://onlinemba.ku.edu/online-mba/course-descriptions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6724</Words>
  <Characters>38327</Characters>
  <Application>Microsoft Office Word</Application>
  <DocSecurity>0</DocSecurity>
  <Lines>319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44962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KU MBA Course Comparison</dc:title>
  <dc:subject>Course-level comparison of KU and seven Kansas–Missouri MBA competitors</dc:subject>
  <dc:creator>Grose, Adam</dc:creator>
  <cp:keywords>MBA, curriculum, course equivalency, University of Kansas</cp:keywords>
  <dc:description>generated by python-docx</dc:description>
  <cp:lastModifiedBy>Grose, Adam</cp:lastModifiedBy>
  <cp:revision>4</cp:revision>
  <dcterms:created xsi:type="dcterms:W3CDTF">2026-09-02T22:41:00Z</dcterms:created>
  <dcterms:modified xsi:type="dcterms:W3CDTF">2026-09-03T15:12:00Z</dcterms:modified>
  <cp:category/>
</cp:coreProperties>
</file>